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96" w:type="dxa"/>
        </w:tblCellMar>
        <w:tblLook w:val="04A0" w:firstRow="1" w:lastRow="0" w:firstColumn="1" w:lastColumn="0" w:noHBand="0" w:noVBand="1"/>
      </w:tblPr>
      <w:tblGrid>
        <w:gridCol w:w="4870"/>
        <w:gridCol w:w="4872"/>
      </w:tblGrid>
      <w:tr w:rsidR="00D46B1D" w:rsidRPr="00043873" w14:paraId="400679BC" w14:textId="77777777">
        <w:trPr>
          <w:cantSplit/>
          <w:trHeight w:hRule="exact" w:val="218"/>
        </w:trPr>
        <w:tc>
          <w:tcPr>
            <w:tcW w:w="4870" w:type="dxa"/>
          </w:tcPr>
          <w:p w14:paraId="5F20253D" w14:textId="77777777" w:rsidR="00D46B1D" w:rsidRPr="00043873" w:rsidRDefault="00C81A9F">
            <w:pPr>
              <w:snapToGrid w:val="0"/>
              <w:ind w:left="2002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Engl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b/>
                <w:color w:val="000000"/>
              </w:rPr>
              <w:t>sh</w:t>
            </w:r>
          </w:p>
        </w:tc>
        <w:tc>
          <w:tcPr>
            <w:tcW w:w="4872" w:type="dxa"/>
          </w:tcPr>
          <w:p w14:paraId="6F4187DF" w14:textId="77777777" w:rsidR="00D46B1D" w:rsidRPr="00043873" w:rsidRDefault="00C81A9F">
            <w:pPr>
              <w:snapToGrid w:val="0"/>
              <w:ind w:left="1976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Span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b/>
                <w:color w:val="000000"/>
              </w:rPr>
              <w:t>sh</w:t>
            </w:r>
          </w:p>
        </w:tc>
      </w:tr>
      <w:tr w:rsidR="00D46B1D" w:rsidRPr="00043873" w14:paraId="1D8D0FFD" w14:textId="77777777">
        <w:trPr>
          <w:cantSplit/>
          <w:trHeight w:hRule="exact" w:val="217"/>
        </w:trPr>
        <w:tc>
          <w:tcPr>
            <w:tcW w:w="4870" w:type="dxa"/>
          </w:tcPr>
          <w:p w14:paraId="537907B9" w14:textId="77777777" w:rsidR="00D46B1D" w:rsidRPr="00043873" w:rsidRDefault="00C81A9F">
            <w:pPr>
              <w:snapToGrid w:val="0"/>
              <w:ind w:left="368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SU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b/>
                <w:color w:val="000000"/>
              </w:rPr>
              <w:t>PLEME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</w:rPr>
              <w:t>A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b/>
                <w:color w:val="000000"/>
              </w:rPr>
              <w:t>NDI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b/>
                <w:color w:val="000000"/>
              </w:rPr>
              <w:t>O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</w:rPr>
              <w:t>S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b/>
                <w:color w:val="000000"/>
              </w:rPr>
              <w:t>OR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  <w:spacing w:val="-2"/>
              </w:rPr>
              <w:t>H</w:t>
            </w:r>
            <w:r w:rsidRPr="00043873">
              <w:rPr>
                <w:rFonts w:ascii="IBM Plex Sans" w:hAnsi="IBM Plex Sans"/>
                <w:b/>
                <w:color w:val="000000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b/>
                <w:color w:val="000000"/>
              </w:rPr>
              <w:t>SA</w:t>
            </w:r>
          </w:p>
        </w:tc>
        <w:tc>
          <w:tcPr>
            <w:tcW w:w="4872" w:type="dxa"/>
          </w:tcPr>
          <w:p w14:paraId="652A29A8" w14:textId="77777777" w:rsidR="00D46B1D" w:rsidRPr="00043873" w:rsidRDefault="00C81A9F">
            <w:pPr>
              <w:snapToGrid w:val="0"/>
              <w:ind w:left="14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b/>
                <w:color w:val="000000"/>
              </w:rPr>
              <w:t>NDI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</w:rPr>
              <w:t>IONES COMPL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</w:rPr>
              <w:t>MEN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</w:rPr>
              <w:t>A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b/>
                <w:color w:val="000000"/>
              </w:rPr>
              <w:t>IAS PARA EE.UU.</w:t>
            </w:r>
          </w:p>
        </w:tc>
      </w:tr>
      <w:tr w:rsidR="00D46B1D" w:rsidRPr="00043873" w14:paraId="3D5CD174" w14:textId="77777777">
        <w:trPr>
          <w:cantSplit/>
          <w:trHeight w:hRule="exact" w:val="1254"/>
        </w:trPr>
        <w:tc>
          <w:tcPr>
            <w:tcW w:w="4870" w:type="dxa"/>
          </w:tcPr>
          <w:p w14:paraId="47AB1D59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Thes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Supp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emen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al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ed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</w:p>
          <w:p w14:paraId="0A91C144" w14:textId="3BCA63A2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="00043873" w:rsidRPr="00043873">
              <w:rPr>
                <w:rFonts w:ascii="IBM Plex Sans" w:hAnsi="IBM Plex Sans"/>
                <w:color w:val="000000"/>
              </w:rPr>
              <w:t>Macro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ard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Conditio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proofErr w:type="gramStart"/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proofErr w:type="gramEnd"/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ract</w:t>
            </w:r>
          </w:p>
          <w:p w14:paraId="14B010B1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(t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“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</w:rPr>
              <w:t>ond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b/>
                <w:color w:val="000000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io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”),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out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iti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s,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if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</w:p>
          <w:p w14:paraId="417D189D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ent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nd/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Work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j</w:t>
            </w:r>
            <w:r w:rsidRPr="00043873">
              <w:rPr>
                <w:rFonts w:ascii="IBM Plex Sans" w:hAnsi="IBM Plex Sans"/>
                <w:color w:val="000000"/>
              </w:rPr>
              <w:t>ec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Laws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</w:p>
          <w:p w14:paraId="77260F5B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fol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w</w:t>
            </w:r>
            <w:r w:rsidRPr="00043873">
              <w:rPr>
                <w:rFonts w:ascii="IBM Plex Sans" w:hAnsi="IBM Plex Sans"/>
                <w:color w:val="000000"/>
              </w:rPr>
              <w:t>ing 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trie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 jur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ictions:</w:t>
            </w:r>
          </w:p>
        </w:tc>
        <w:tc>
          <w:tcPr>
            <w:tcW w:w="4872" w:type="dxa"/>
          </w:tcPr>
          <w:p w14:paraId="0A280B7A" w14:textId="77777777" w:rsidR="00D46B1D" w:rsidRPr="00043873" w:rsidRDefault="00C81A9F">
            <w:pPr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tas</w:t>
            </w:r>
            <w:r w:rsidRPr="00043873">
              <w:rPr>
                <w:rFonts w:ascii="IBM Plex Sans" w:hAnsi="IBM Plex Sans"/>
                <w:color w:val="000000"/>
                <w:spacing w:val="1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iones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orm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3D4CECB6" w14:textId="77777777" w:rsidR="00D46B1D" w:rsidRPr="00043873" w:rsidRDefault="00C81A9F">
            <w:pPr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erale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</w:p>
          <w:p w14:paraId="4B21CE18" w14:textId="6FF06FF2" w:rsidR="00D46B1D" w:rsidRPr="00043873" w:rsidRDefault="00C81A9F">
            <w:pPr>
              <w:tabs>
                <w:tab w:val="left" w:pos="952"/>
                <w:tab w:val="left" w:pos="1416"/>
                <w:tab w:val="left" w:pos="2119"/>
                <w:tab w:val="left" w:pos="2882"/>
                <w:tab w:val="left" w:pos="3405"/>
                <w:tab w:val="left" w:pos="4358"/>
              </w:tabs>
              <w:snapToGrid w:val="0"/>
              <w:spacing w:line="206" w:lineRule="exact"/>
              <w:rPr>
                <w:rFonts w:ascii="IBM Plex Sans" w:hAnsi="IBM Plex Sans"/>
              </w:rPr>
            </w:pPr>
            <w:proofErr w:type="spellStart"/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proofErr w:type="spellEnd"/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Ma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 xml:space="preserve">ro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(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en</w:t>
            </w:r>
            <w:proofErr w:type="spellEnd"/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proofErr w:type="spellEnd"/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"l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</w:p>
          <w:p w14:paraId="6AEC4F99" w14:textId="77777777" w:rsidR="00D46B1D" w:rsidRPr="00043873" w:rsidRDefault="00C81A9F">
            <w:pPr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b/>
                <w:color w:val="000000"/>
              </w:rPr>
              <w:t>ndici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"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)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ún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x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s,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</w:p>
          <w:p w14:paraId="06B69B78" w14:textId="77777777" w:rsidR="00D46B1D" w:rsidRPr="00043873" w:rsidRDefault="00C81A9F">
            <w:pPr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/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Tra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j</w:t>
            </w:r>
            <w:r w:rsidRPr="00043873">
              <w:rPr>
                <w:rFonts w:ascii="IBM Plex Sans" w:hAnsi="IBM Plex Sans"/>
                <w:color w:val="000000"/>
              </w:rPr>
              <w:t>os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rigen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</w:p>
          <w:p w14:paraId="2676F9E0" w14:textId="77777777" w:rsidR="00D46B1D" w:rsidRPr="00043873" w:rsidRDefault="00C81A9F">
            <w:pPr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gu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tes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í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 o jur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s:</w:t>
            </w:r>
          </w:p>
        </w:tc>
      </w:tr>
    </w:tbl>
    <w:p w14:paraId="2CDC2922" w14:textId="77777777" w:rsidR="00D46B1D" w:rsidRPr="00043873" w:rsidRDefault="00D46B1D">
      <w:pPr>
        <w:snapToGrid w:val="0"/>
        <w:spacing w:line="410" w:lineRule="exact"/>
        <w:rPr>
          <w:rFonts w:ascii="IBM Plex Sans" w:hAnsi="IBM Plex San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96" w:type="dxa"/>
        </w:tblCellMar>
        <w:tblLook w:val="04A0" w:firstRow="1" w:lastRow="0" w:firstColumn="1" w:lastColumn="0" w:noHBand="0" w:noVBand="1"/>
      </w:tblPr>
      <w:tblGrid>
        <w:gridCol w:w="2436"/>
        <w:gridCol w:w="2435"/>
        <w:gridCol w:w="2436"/>
        <w:gridCol w:w="2436"/>
      </w:tblGrid>
      <w:tr w:rsidR="00D46B1D" w:rsidRPr="00043873" w14:paraId="39B27EEE" w14:textId="77777777">
        <w:trPr>
          <w:cantSplit/>
          <w:trHeight w:hRule="exact" w:val="220"/>
        </w:trPr>
        <w:tc>
          <w:tcPr>
            <w:tcW w:w="2436" w:type="dxa"/>
          </w:tcPr>
          <w:p w14:paraId="1522B69A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Stat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 Geor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a, USA</w:t>
            </w:r>
          </w:p>
        </w:tc>
        <w:tc>
          <w:tcPr>
            <w:tcW w:w="2435" w:type="dxa"/>
          </w:tcPr>
          <w:p w14:paraId="6FC3DCBA" w14:textId="77777777" w:rsidR="00D46B1D" w:rsidRPr="00043873" w:rsidRDefault="00C81A9F">
            <w:pPr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y othe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Sta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aw</w:t>
            </w:r>
          </w:p>
        </w:tc>
        <w:tc>
          <w:tcPr>
            <w:tcW w:w="2436" w:type="dxa"/>
          </w:tcPr>
          <w:p w14:paraId="47F7C0E8" w14:textId="77777777" w:rsidR="00D46B1D" w:rsidRPr="00043873" w:rsidRDefault="00D46B1D">
            <w:pPr>
              <w:snapToGrid w:val="0"/>
              <w:spacing w:line="20" w:lineRule="exact"/>
              <w:rPr>
                <w:rFonts w:ascii="IBM Plex Sans" w:hAnsi="IBM Plex Sans"/>
              </w:rPr>
            </w:pPr>
          </w:p>
        </w:tc>
        <w:tc>
          <w:tcPr>
            <w:tcW w:w="2436" w:type="dxa"/>
          </w:tcPr>
          <w:p w14:paraId="06B06F82" w14:textId="77777777" w:rsidR="00D46B1D" w:rsidRPr="00043873" w:rsidRDefault="00D46B1D">
            <w:pPr>
              <w:snapToGrid w:val="0"/>
              <w:spacing w:line="20" w:lineRule="exact"/>
              <w:rPr>
                <w:rFonts w:ascii="IBM Plex Sans" w:hAnsi="IBM Plex Sans"/>
              </w:rPr>
            </w:pPr>
          </w:p>
        </w:tc>
      </w:tr>
      <w:tr w:rsidR="00D46B1D" w:rsidRPr="00043873" w14:paraId="60282D1B" w14:textId="77777777">
        <w:trPr>
          <w:cantSplit/>
          <w:trHeight w:hRule="exact" w:val="425"/>
        </w:trPr>
        <w:tc>
          <w:tcPr>
            <w:tcW w:w="2436" w:type="dxa"/>
          </w:tcPr>
          <w:p w14:paraId="0FBC4CDA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ado de 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orgia, EE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UU.</w:t>
            </w:r>
          </w:p>
        </w:tc>
        <w:tc>
          <w:tcPr>
            <w:tcW w:w="2435" w:type="dxa"/>
          </w:tcPr>
          <w:p w14:paraId="45DCF93F" w14:textId="77777777" w:rsidR="00D46B1D" w:rsidRPr="00043873" w:rsidRDefault="00C81A9F">
            <w:pPr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7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otra</w:t>
            </w:r>
            <w:r w:rsidRPr="00043873">
              <w:rPr>
                <w:rFonts w:ascii="IBM Plex Sans" w:hAnsi="IBM Plex Sans"/>
                <w:color w:val="000000"/>
                <w:spacing w:val="7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ley</w:t>
            </w:r>
            <w:r w:rsidRPr="00043873">
              <w:rPr>
                <w:rFonts w:ascii="IBM Plex Sans" w:hAnsi="IBM Plex Sans"/>
                <w:color w:val="000000"/>
                <w:spacing w:val="7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statal</w:t>
            </w:r>
          </w:p>
          <w:p w14:paraId="4952CC9D" w14:textId="77777777" w:rsidR="00D46B1D" w:rsidRPr="00043873" w:rsidRDefault="00C81A9F">
            <w:pPr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de EE.UU.</w:t>
            </w:r>
          </w:p>
        </w:tc>
        <w:tc>
          <w:tcPr>
            <w:tcW w:w="2436" w:type="dxa"/>
          </w:tcPr>
          <w:p w14:paraId="08807E00" w14:textId="77777777" w:rsidR="00D46B1D" w:rsidRPr="00043873" w:rsidRDefault="00D46B1D">
            <w:pPr>
              <w:snapToGrid w:val="0"/>
              <w:spacing w:line="20" w:lineRule="exact"/>
              <w:rPr>
                <w:rFonts w:ascii="IBM Plex Sans" w:hAnsi="IBM Plex Sans"/>
              </w:rPr>
            </w:pPr>
          </w:p>
        </w:tc>
        <w:tc>
          <w:tcPr>
            <w:tcW w:w="2436" w:type="dxa"/>
          </w:tcPr>
          <w:p w14:paraId="446E8D1B" w14:textId="77777777" w:rsidR="00D46B1D" w:rsidRPr="00043873" w:rsidRDefault="00D46B1D">
            <w:pPr>
              <w:snapToGrid w:val="0"/>
              <w:spacing w:line="20" w:lineRule="exact"/>
              <w:rPr>
                <w:rFonts w:ascii="IBM Plex Sans" w:hAnsi="IBM Plex Sans"/>
              </w:rPr>
            </w:pPr>
          </w:p>
        </w:tc>
      </w:tr>
    </w:tbl>
    <w:p w14:paraId="00575F05" w14:textId="77777777" w:rsidR="00D46B1D" w:rsidRPr="00043873" w:rsidRDefault="00D46B1D">
      <w:pPr>
        <w:snapToGrid w:val="0"/>
        <w:spacing w:line="410" w:lineRule="exact"/>
        <w:rPr>
          <w:rFonts w:ascii="IBM Plex Sans" w:hAnsi="IBM Plex San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96" w:type="dxa"/>
        </w:tblCellMar>
        <w:tblLook w:val="04A0" w:firstRow="1" w:lastRow="0" w:firstColumn="1" w:lastColumn="0" w:noHBand="0" w:noVBand="1"/>
      </w:tblPr>
      <w:tblGrid>
        <w:gridCol w:w="4870"/>
        <w:gridCol w:w="4872"/>
      </w:tblGrid>
      <w:tr w:rsidR="00D46B1D" w:rsidRPr="00043873" w14:paraId="7C6C8AD2" w14:textId="77777777">
        <w:trPr>
          <w:cantSplit/>
          <w:trHeight w:hRule="exact" w:val="220"/>
        </w:trPr>
        <w:tc>
          <w:tcPr>
            <w:tcW w:w="4870" w:type="dxa"/>
          </w:tcPr>
          <w:p w14:paraId="32E5001C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Insurance</w:t>
            </w:r>
          </w:p>
        </w:tc>
        <w:tc>
          <w:tcPr>
            <w:tcW w:w="4872" w:type="dxa"/>
          </w:tcPr>
          <w:p w14:paraId="1641FBFB" w14:textId="77777777" w:rsidR="00D46B1D" w:rsidRPr="00043873" w:rsidRDefault="00C81A9F">
            <w:pPr>
              <w:tabs>
                <w:tab w:val="left" w:pos="851"/>
              </w:tabs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 xml:space="preserve">1.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b/>
                <w:color w:val="000000"/>
              </w:rPr>
              <w:t>S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b/>
                <w:color w:val="000000"/>
              </w:rPr>
              <w:t>uros</w:t>
            </w:r>
          </w:p>
        </w:tc>
      </w:tr>
      <w:tr w:rsidR="00D46B1D" w:rsidRPr="00043873" w14:paraId="0A2B11BF" w14:textId="77777777">
        <w:trPr>
          <w:cantSplit/>
          <w:trHeight w:hRule="exact" w:val="1873"/>
        </w:trPr>
        <w:tc>
          <w:tcPr>
            <w:tcW w:w="4870" w:type="dxa"/>
          </w:tcPr>
          <w:p w14:paraId="6B1694CB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  <w:spacing w:val="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ut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j</w:t>
            </w:r>
            <w:r w:rsidRPr="00043873">
              <w:rPr>
                <w:rFonts w:ascii="IBM Plex Sans" w:hAnsi="IBM Plex Sans"/>
                <w:color w:val="000000"/>
              </w:rPr>
              <w:t>ud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ce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he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Ven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'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bl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at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</w:p>
          <w:p w14:paraId="5C572F59" w14:textId="0E4628A6" w:rsidR="00D46B1D" w:rsidRPr="00043873" w:rsidRDefault="00043873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Macro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7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7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7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sha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7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7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7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main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</w:p>
          <w:p w14:paraId="17C05010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ts</w:t>
            </w:r>
            <w:r w:rsidRPr="00043873">
              <w:rPr>
                <w:rFonts w:ascii="IBM Plex Sans" w:hAnsi="IBM Plex Sans"/>
                <w:color w:val="000000"/>
                <w:spacing w:val="2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legal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his</w:t>
            </w:r>
          </w:p>
          <w:p w14:paraId="47CC2A69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3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3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3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ll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wing</w:t>
            </w:r>
            <w:r w:rsidRPr="00043873">
              <w:rPr>
                <w:rFonts w:ascii="IBM Plex Sans" w:hAnsi="IBM Plex Sans"/>
                <w:color w:val="000000"/>
                <w:spacing w:val="3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3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un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3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(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equival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</w:p>
          <w:p w14:paraId="7E83EB9C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ed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shed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ed</w:t>
            </w:r>
          </w:p>
          <w:p w14:paraId="25F2CE56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excha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2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ency of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 xml:space="preserve">this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rder):</w:t>
            </w:r>
          </w:p>
        </w:tc>
        <w:tc>
          <w:tcPr>
            <w:tcW w:w="4872" w:type="dxa"/>
          </w:tcPr>
          <w:p w14:paraId="6EE28D16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j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oblig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</w:p>
          <w:p w14:paraId="044B68A7" w14:textId="66853F34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04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mantener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0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="00043873" w:rsidRPr="00043873">
              <w:rPr>
                <w:rFonts w:ascii="IBM Plex Sans" w:hAnsi="IBM Plex Sans"/>
                <w:color w:val="000000"/>
              </w:rPr>
              <w:t>Macro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el</w:t>
            </w:r>
          </w:p>
          <w:p w14:paraId="5BFA7242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ve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rá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ata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ene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ó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zas</w:t>
            </w:r>
          </w:p>
          <w:p w14:paraId="31FE3288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gu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ad</w:t>
            </w:r>
          </w:p>
          <w:p w14:paraId="7FE55C1A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tu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2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dido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los</w:t>
            </w:r>
          </w:p>
          <w:p w14:paraId="1D0B4357" w14:textId="77777777" w:rsidR="00D46B1D" w:rsidRPr="00043873" w:rsidRDefault="00C81A9F">
            <w:pPr>
              <w:tabs>
                <w:tab w:val="left" w:pos="1876"/>
                <w:tab w:val="left" w:pos="2782"/>
                <w:tab w:val="left" w:pos="3678"/>
                <w:tab w:val="left" w:pos="4053"/>
              </w:tabs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 xml:space="preserve">es </w:t>
            </w:r>
            <w:r w:rsidRPr="00043873">
              <w:rPr>
                <w:rFonts w:ascii="IBM Plex Sans" w:hAnsi="IBM Plex Sans"/>
                <w:color w:val="000000"/>
              </w:rPr>
              <w:tab/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 xml:space="preserve">rtes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íni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 xml:space="preserve">s </w:t>
            </w:r>
            <w:r w:rsidRPr="00043873">
              <w:rPr>
                <w:rFonts w:ascii="IBM Plex Sans" w:hAnsi="IBM Plex Sans"/>
                <w:color w:val="000000"/>
              </w:rPr>
              <w:tab/>
              <w:t xml:space="preserve">(o </w:t>
            </w:r>
            <w:r w:rsidRPr="00043873">
              <w:rPr>
                <w:rFonts w:ascii="IBM Plex Sans" w:hAnsi="IBM Plex Sans"/>
                <w:color w:val="000000"/>
              </w:rPr>
              <w:tab/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542317AD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co</w:t>
            </w:r>
            <w:r w:rsidRPr="00043873">
              <w:rPr>
                <w:rFonts w:ascii="IBM Plex Sans" w:hAnsi="IBM Plex Sans"/>
                <w:color w:val="000000"/>
              </w:rPr>
              <w:t>nv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rtido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ún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un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po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és</w:t>
            </w:r>
          </w:p>
          <w:p w14:paraId="61503517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tablecido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ste</w:t>
            </w:r>
          </w:p>
          <w:p w14:paraId="5D11AD1D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do):</w:t>
            </w:r>
          </w:p>
        </w:tc>
      </w:tr>
      <w:tr w:rsidR="00D46B1D" w:rsidRPr="00043873" w14:paraId="72D27D0E" w14:textId="77777777">
        <w:trPr>
          <w:cantSplit/>
          <w:trHeight w:hRule="exact" w:val="1872"/>
        </w:trPr>
        <w:tc>
          <w:tcPr>
            <w:tcW w:w="4870" w:type="dxa"/>
          </w:tcPr>
          <w:p w14:paraId="3154888E" w14:textId="77777777" w:rsidR="00D46B1D" w:rsidRPr="00043873" w:rsidRDefault="00C81A9F">
            <w:pPr>
              <w:tabs>
                <w:tab w:val="left" w:pos="1204"/>
                <w:tab w:val="left" w:pos="2827"/>
                <w:tab w:val="left" w:pos="3711"/>
                <w:tab w:val="left" w:pos="4554"/>
              </w:tabs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mer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(Co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 xml:space="preserve">) </w:t>
            </w:r>
            <w:r w:rsidRPr="00043873">
              <w:rPr>
                <w:rFonts w:ascii="IBM Plex Sans" w:hAnsi="IBM Plex Sans"/>
                <w:color w:val="000000"/>
              </w:rPr>
              <w:tab/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nera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 xml:space="preserve">lity </w:t>
            </w:r>
            <w:r w:rsidRPr="00043873">
              <w:rPr>
                <w:rFonts w:ascii="IBM Plex Sans" w:hAnsi="IBM Plex Sans"/>
                <w:color w:val="000000"/>
              </w:rPr>
              <w:tab/>
              <w:t>–</w:t>
            </w:r>
          </w:p>
          <w:p w14:paraId="130783F5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$2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occ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w</w:t>
            </w:r>
            <w:r w:rsidRPr="00043873">
              <w:rPr>
                <w:rFonts w:ascii="IBM Plex Sans" w:hAnsi="IBM Plex Sans"/>
                <w:color w:val="000000"/>
              </w:rPr>
              <w:t>ith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ability</w:t>
            </w:r>
          </w:p>
          <w:p w14:paraId="225E15B6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2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gene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gg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lud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ut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ot</w:t>
            </w:r>
          </w:p>
          <w:p w14:paraId="0E73BA71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onal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j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ry,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abil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dent</w:t>
            </w:r>
          </w:p>
          <w:p w14:paraId="08C433EE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tract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rs,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rtis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ju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pro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ct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bility,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let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</w:p>
          <w:p w14:paraId="6A08F1BF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op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tion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k</w:t>
            </w:r>
            <w:r w:rsidRPr="00043873">
              <w:rPr>
                <w:rFonts w:ascii="IBM Plex Sans" w:hAnsi="IBM Plex Sans"/>
                <w:color w:val="000000"/>
              </w:rPr>
              <w:t>et 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ual cov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;</w:t>
            </w:r>
          </w:p>
        </w:tc>
        <w:tc>
          <w:tcPr>
            <w:tcW w:w="4872" w:type="dxa"/>
          </w:tcPr>
          <w:p w14:paraId="742F26BE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esponsabili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il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(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</w:p>
          <w:p w14:paraId="4FEE389D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esgo)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$2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.000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olo</w:t>
            </w:r>
          </w:p>
          <w:p w14:paraId="00FEC6F7" w14:textId="77777777" w:rsidR="00D46B1D" w:rsidRPr="00043873" w:rsidRDefault="00C81A9F">
            <w:pPr>
              <w:tabs>
                <w:tab w:val="left" w:pos="1547"/>
                <w:tab w:val="left" w:pos="2016"/>
                <w:tab w:val="left" w:pos="3545"/>
                <w:tab w:val="left" w:pos="4562"/>
              </w:tabs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í</w:t>
            </w:r>
            <w:r w:rsidRPr="00043873">
              <w:rPr>
                <w:rFonts w:ascii="IBM Plex Sans" w:hAnsi="IBM Plex Sans"/>
                <w:color w:val="000000"/>
              </w:rPr>
              <w:t>mi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 xml:space="preserve">e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 xml:space="preserve">e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ilid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ad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al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y</w:t>
            </w:r>
          </w:p>
          <w:p w14:paraId="4923A2BC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2</w:t>
            </w:r>
            <w:r w:rsidRPr="00043873">
              <w:rPr>
                <w:rFonts w:ascii="IBM Plex Sans" w:hAnsi="IBM Plex Sans"/>
                <w:color w:val="000000"/>
              </w:rPr>
              <w:t>.000.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gr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gene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5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</w:p>
          <w:p w14:paraId="7726D831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rse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so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</w:p>
          <w:p w14:paraId="2840C990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ilid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ntr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</w:p>
          <w:p w14:paraId="5881533B" w14:textId="77777777" w:rsidR="00D46B1D" w:rsidRPr="00043873" w:rsidRDefault="00C81A9F">
            <w:pPr>
              <w:tabs>
                <w:tab w:val="left" w:pos="2374"/>
                <w:tab w:val="left" w:pos="3283"/>
                <w:tab w:val="left" w:pos="3793"/>
              </w:tabs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ndie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le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 xml:space="preserve">iones </w:t>
            </w:r>
            <w:r w:rsidRPr="00043873">
              <w:rPr>
                <w:rFonts w:ascii="IBM Plex Sans" w:hAnsi="IBM Plex Sans"/>
                <w:color w:val="000000"/>
              </w:rPr>
              <w:tab/>
              <w:t>po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publ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</w:p>
          <w:p w14:paraId="7462E7EE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spons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1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</w:p>
          <w:p w14:paraId="11688C13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as y cob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rtu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 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tual 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éri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a;</w:t>
            </w:r>
          </w:p>
        </w:tc>
      </w:tr>
      <w:tr w:rsidR="00D46B1D" w:rsidRPr="00043873" w14:paraId="6365B8EF" w14:textId="77777777">
        <w:trPr>
          <w:cantSplit/>
          <w:trHeight w:hRule="exact" w:val="1667"/>
        </w:trPr>
        <w:tc>
          <w:tcPr>
            <w:tcW w:w="4870" w:type="dxa"/>
          </w:tcPr>
          <w:p w14:paraId="10147F38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iab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0,000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</w:p>
          <w:p w14:paraId="7D614801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ngle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its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not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ss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>,000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00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</w:p>
          <w:p w14:paraId="18144534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ut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no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ly</w:t>
            </w:r>
          </w:p>
          <w:p w14:paraId="5CAF92A9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ju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pl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ed,</w:t>
            </w:r>
          </w:p>
          <w:p w14:paraId="569A5521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 xml:space="preserve">ired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-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 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hi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es;</w:t>
            </w:r>
          </w:p>
        </w:tc>
        <w:tc>
          <w:tcPr>
            <w:tcW w:w="4872" w:type="dxa"/>
          </w:tcPr>
          <w:p w14:paraId="79C0B6DD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2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Vehíc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los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ot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</w:p>
          <w:p w14:paraId="7134415B" w14:textId="77777777" w:rsidR="00D46B1D" w:rsidRPr="00043873" w:rsidRDefault="00C81A9F">
            <w:pPr>
              <w:tabs>
                <w:tab w:val="left" w:pos="2136"/>
                <w:tab w:val="left" w:pos="2809"/>
                <w:tab w:val="left" w:pos="3712"/>
              </w:tabs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>.0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.0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 xml:space="preserve">0 </w:t>
            </w:r>
            <w:r w:rsidRPr="00043873">
              <w:rPr>
                <w:rFonts w:ascii="IBM Plex Sans" w:hAnsi="IBM Plex Sans"/>
                <w:color w:val="000000"/>
              </w:rPr>
              <w:tab/>
              <w:t xml:space="preserve">con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ími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 xml:space="preserve">es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duales</w:t>
            </w:r>
          </w:p>
          <w:p w14:paraId="7CBC30AC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mbinados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$</w:t>
            </w: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</w:p>
          <w:p w14:paraId="5AA436FC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da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sinie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tro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luyen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sin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imi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arse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68DE4F2A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ber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siones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rsona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ño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</w:p>
          <w:p w14:paraId="338FF47F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d,</w:t>
            </w:r>
            <w:r w:rsidRPr="00043873">
              <w:rPr>
                <w:rFonts w:ascii="IBM Plex Sans" w:hAnsi="IBM Plex Sans"/>
                <w:color w:val="000000"/>
                <w:spacing w:val="2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á</w:t>
            </w:r>
            <w:r w:rsidRPr="00043873">
              <w:rPr>
                <w:rFonts w:ascii="IBM Plex Sans" w:hAnsi="IBM Plex Sans"/>
                <w:color w:val="000000"/>
                <w:spacing w:val="2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ón</w:t>
            </w:r>
            <w:r w:rsidRPr="00043873">
              <w:rPr>
                <w:rFonts w:ascii="IBM Plex Sans" w:hAnsi="IBM Plex Sans"/>
                <w:color w:val="000000"/>
                <w:spacing w:val="2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</w:p>
          <w:p w14:paraId="34A377BE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ehí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lo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1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propie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s,</w:t>
            </w:r>
          </w:p>
          <w:p w14:paraId="7E357210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 xml:space="preserve">y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 pr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ieda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;</w:t>
            </w:r>
          </w:p>
        </w:tc>
      </w:tr>
      <w:tr w:rsidR="00D46B1D" w:rsidRPr="00043873" w14:paraId="56F94FD5" w14:textId="77777777">
        <w:trPr>
          <w:cantSplit/>
          <w:trHeight w:hRule="exact" w:val="1872"/>
        </w:trPr>
        <w:tc>
          <w:tcPr>
            <w:tcW w:w="4870" w:type="dxa"/>
          </w:tcPr>
          <w:p w14:paraId="5074A308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  <w:spacing w:val="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k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’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ation</w:t>
            </w:r>
            <w:r w:rsidRPr="00043873">
              <w:rPr>
                <w:rFonts w:ascii="IBM Plex Sans" w:hAnsi="IBM Plex Sans"/>
                <w:color w:val="000000"/>
                <w:spacing w:val="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w</w:t>
            </w:r>
            <w:r w:rsidRPr="00043873">
              <w:rPr>
                <w:rFonts w:ascii="IBM Plex Sans" w:hAnsi="IBM Plex Sans"/>
                <w:color w:val="000000"/>
              </w:rPr>
              <w:t>it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</w:p>
          <w:p w14:paraId="259F4D90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ifi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ally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he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statut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ry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requ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rement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stat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cal</w:t>
            </w:r>
          </w:p>
          <w:p w14:paraId="6B6F571D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un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ry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k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rme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Whe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296DF084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rmi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ted</w:t>
            </w:r>
            <w:r w:rsidRPr="00043873">
              <w:rPr>
                <w:rFonts w:ascii="IBM Plex Sans" w:hAnsi="IBM Plex Sans"/>
                <w:color w:val="000000"/>
                <w:spacing w:val="2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w,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suc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2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contain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wai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2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</w:p>
          <w:p w14:paraId="79B0D0E4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insu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’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rig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2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bro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tion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nst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lien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its</w:t>
            </w:r>
          </w:p>
          <w:p w14:paraId="0F4AABF9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ies, of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icers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rect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s 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ees;</w:t>
            </w:r>
          </w:p>
        </w:tc>
        <w:tc>
          <w:tcPr>
            <w:tcW w:w="4872" w:type="dxa"/>
          </w:tcPr>
          <w:p w14:paraId="3EB42DB9" w14:textId="77777777" w:rsidR="00D46B1D" w:rsidRPr="00043873" w:rsidRDefault="00C81A9F">
            <w:pPr>
              <w:tabs>
                <w:tab w:val="left" w:pos="850"/>
                <w:tab w:val="left" w:pos="2272"/>
                <w:tab w:val="left" w:pos="2735"/>
                <w:tab w:val="left" w:pos="4058"/>
                <w:tab w:val="left" w:pos="4422"/>
              </w:tabs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3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zació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 xml:space="preserve">e </w:t>
            </w:r>
            <w:r w:rsidRPr="00043873">
              <w:rPr>
                <w:rFonts w:ascii="IBM Plex Sans" w:hAnsi="IBM Plex Sans"/>
                <w:color w:val="000000"/>
              </w:rPr>
              <w:tab/>
              <w:t>Tra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ajador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 xml:space="preserve">s </w:t>
            </w:r>
            <w:r w:rsidRPr="00043873">
              <w:rPr>
                <w:rFonts w:ascii="IBM Plex Sans" w:hAnsi="IBM Plex Sans"/>
                <w:color w:val="000000"/>
              </w:rPr>
              <w:tab/>
              <w:t xml:space="preserve">–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214AE9E0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orm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ecífi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</w:p>
          <w:p w14:paraId="51FAFDC8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x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ley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estat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</w:p>
          <w:p w14:paraId="24E6BF78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cales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país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té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5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434C21F4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bo</w:t>
            </w:r>
            <w:r w:rsidRPr="00043873">
              <w:rPr>
                <w:rFonts w:ascii="IBM Plex Sans" w:hAnsi="IBM Plex Sans"/>
                <w:color w:val="000000"/>
                <w:spacing w:val="6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los</w:t>
            </w:r>
            <w:r w:rsidRPr="00043873">
              <w:rPr>
                <w:rFonts w:ascii="IBM Plex Sans" w:hAnsi="IBM Plex Sans"/>
                <w:color w:val="000000"/>
                <w:spacing w:val="6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j</w:t>
            </w:r>
            <w:r w:rsidRPr="00043873">
              <w:rPr>
                <w:rFonts w:ascii="IBM Plex Sans" w:hAnsi="IBM Plex Sans"/>
                <w:color w:val="000000"/>
              </w:rPr>
              <w:t>os.</w:t>
            </w:r>
            <w:r w:rsidRPr="00043873">
              <w:rPr>
                <w:rFonts w:ascii="IBM Plex Sans" w:hAnsi="IBM Plex Sans"/>
                <w:color w:val="000000"/>
                <w:spacing w:val="6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6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6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que</w:t>
            </w:r>
            <w:r w:rsidRPr="00043873">
              <w:rPr>
                <w:rFonts w:ascii="IBM Plex Sans" w:hAnsi="IBM Plex Sans"/>
                <w:color w:val="000000"/>
                <w:spacing w:val="6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</w:p>
          <w:p w14:paraId="5ABF72CB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ta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z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á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una</w:t>
            </w:r>
          </w:p>
          <w:p w14:paraId="7DA3B7D3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nunc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ho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brog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</w:p>
          <w:p w14:paraId="0CD010F1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ur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5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5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fa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5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te,</w:t>
            </w:r>
            <w:r w:rsidRPr="00043873">
              <w:rPr>
                <w:rFonts w:ascii="IBM Plex Sans" w:hAnsi="IBM Plex Sans"/>
                <w:color w:val="000000"/>
                <w:spacing w:val="5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us</w:t>
            </w:r>
            <w:r w:rsidRPr="00043873">
              <w:rPr>
                <w:rFonts w:ascii="IBM Plex Sans" w:hAnsi="IBM Plex Sans"/>
                <w:color w:val="000000"/>
                <w:spacing w:val="5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s,</w:t>
            </w:r>
          </w:p>
          <w:p w14:paraId="2526A79F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tra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s, 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eje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os y empleados;</w:t>
            </w:r>
          </w:p>
        </w:tc>
      </w:tr>
      <w:tr w:rsidR="00D46B1D" w:rsidRPr="00043873" w14:paraId="2FF6671B" w14:textId="77777777">
        <w:trPr>
          <w:cantSplit/>
          <w:trHeight w:hRule="exact" w:val="631"/>
        </w:trPr>
        <w:tc>
          <w:tcPr>
            <w:tcW w:w="4870" w:type="dxa"/>
          </w:tcPr>
          <w:p w14:paraId="35788CC0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plo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’s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ili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 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equi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and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at</w:t>
            </w:r>
            <w:r w:rsidRPr="00043873">
              <w:rPr>
                <w:rFonts w:ascii="IBM Plex Sans" w:hAnsi="IBM Plex Sans"/>
                <w:color w:val="000000"/>
                <w:spacing w:val="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ast</w:t>
            </w:r>
          </w:p>
          <w:p w14:paraId="6CBC6A94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$1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 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 accident;</w:t>
            </w:r>
          </w:p>
        </w:tc>
        <w:tc>
          <w:tcPr>
            <w:tcW w:w="4872" w:type="dxa"/>
          </w:tcPr>
          <w:p w14:paraId="13519EE3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 xml:space="preserve">1.4 </w:t>
            </w:r>
            <w:r w:rsidRPr="00043873">
              <w:rPr>
                <w:rFonts w:ascii="IBM Plex Sans" w:hAnsi="IBM Plex Sans"/>
                <w:color w:val="000000"/>
              </w:rPr>
              <w:tab/>
              <w:t>Respon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idad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atronal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ú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x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j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por</w:t>
            </w:r>
          </w:p>
          <w:p w14:paraId="3D492C54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mín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mo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$1.000.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ada</w:t>
            </w:r>
          </w:p>
          <w:p w14:paraId="3B365F65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sini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;</w:t>
            </w:r>
          </w:p>
        </w:tc>
      </w:tr>
      <w:tr w:rsidR="00D46B1D" w:rsidRPr="00043873" w14:paraId="511CE332" w14:textId="77777777">
        <w:trPr>
          <w:cantSplit/>
          <w:trHeight w:hRule="exact" w:val="2080"/>
        </w:trPr>
        <w:tc>
          <w:tcPr>
            <w:tcW w:w="4870" w:type="dxa"/>
          </w:tcPr>
          <w:p w14:paraId="1ADE403E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fes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Li</w:t>
            </w:r>
            <w:r w:rsidRPr="00043873">
              <w:rPr>
                <w:rFonts w:ascii="IBM Plex Sans" w:hAnsi="IBM Plex Sans"/>
                <w:color w:val="000000"/>
              </w:rPr>
              <w:t>ab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nd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Errors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iss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ity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</w:p>
          <w:p w14:paraId="5B533E4C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>,000,000</w:t>
            </w:r>
            <w:r w:rsidRPr="00043873">
              <w:rPr>
                <w:rFonts w:ascii="IBM Plex Sans" w:hAnsi="IBM Plex Sans"/>
                <w:color w:val="000000"/>
                <w:spacing w:val="8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8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ccu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(</w:t>
            </w:r>
            <w:r w:rsidRPr="00043873">
              <w:rPr>
                <w:rFonts w:ascii="IBM Plex Sans" w:hAnsi="IBM Plex Sans"/>
                <w:color w:val="000000"/>
              </w:rPr>
              <w:t>wh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ch</w:t>
            </w:r>
            <w:r w:rsidRPr="00043873">
              <w:rPr>
                <w:rFonts w:ascii="IBM Plex Sans" w:hAnsi="IBM Plex Sans"/>
                <w:color w:val="000000"/>
                <w:spacing w:val="8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ay</w:t>
            </w:r>
            <w:r w:rsidRPr="00043873">
              <w:rPr>
                <w:rFonts w:ascii="IBM Plex Sans" w:hAnsi="IBM Plex Sans"/>
                <w:color w:val="000000"/>
                <w:spacing w:val="8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be</w:t>
            </w:r>
          </w:p>
          <w:p w14:paraId="2389D728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he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ral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iabi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ity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lic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</w:p>
          <w:p w14:paraId="7A0FE26F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ich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nim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limit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equ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</w:p>
          <w:p w14:paraId="4E6EB269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lat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mer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neral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ty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policy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</w:p>
          <w:p w14:paraId="07BF4A2D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um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mni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ed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he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508D66A1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fo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0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Pro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essio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0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lity</w:t>
            </w:r>
            <w:r w:rsidRPr="00043873">
              <w:rPr>
                <w:rFonts w:ascii="IBM Plex Sans" w:hAnsi="IBM Plex Sans"/>
                <w:color w:val="000000"/>
                <w:spacing w:val="10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and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Error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Omi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si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</w:p>
          <w:p w14:paraId="5BA716DD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);</w:t>
            </w:r>
          </w:p>
        </w:tc>
        <w:tc>
          <w:tcPr>
            <w:tcW w:w="4872" w:type="dxa"/>
          </w:tcPr>
          <w:p w14:paraId="3424F719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5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Civil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onal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por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Err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res</w:t>
            </w:r>
          </w:p>
          <w:p w14:paraId="0928599F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isi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00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</w:p>
          <w:p w14:paraId="6C02CC93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(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é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ciona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0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426F1CDC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és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5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z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5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5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</w:p>
          <w:p w14:paraId="3BB30EB2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Mer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antil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uyo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so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el</w:t>
            </w:r>
            <w:r w:rsidRPr="00043873">
              <w:rPr>
                <w:rFonts w:ascii="IBM Plex Sans" w:hAnsi="IBM Plex Sans"/>
                <w:color w:val="000000"/>
                <w:spacing w:val="5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lí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ite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mí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imo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</w:p>
          <w:p w14:paraId="5F479648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z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ción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xi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ón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z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585D3D45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nsabili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</w:p>
          <w:p w14:paraId="0C04563D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lí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mí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izaci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que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ex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ge</w:t>
            </w:r>
          </w:p>
          <w:p w14:paraId="1D6D114B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</w:rPr>
              <w:t>uí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nal</w:t>
            </w:r>
          </w:p>
          <w:p w14:paraId="7C3D2762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y por Errore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y</w:t>
            </w:r>
            <w:r w:rsidRPr="00043873">
              <w:rPr>
                <w:rFonts w:ascii="IBM Plex Sans" w:hAnsi="IBM Plex Sans"/>
                <w:color w:val="000000"/>
              </w:rPr>
              <w:t xml:space="preserve"> Omision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s);</w:t>
            </w:r>
          </w:p>
        </w:tc>
      </w:tr>
      <w:tr w:rsidR="00D46B1D" w:rsidRPr="00043873" w14:paraId="5F23EA9B" w14:textId="77777777">
        <w:trPr>
          <w:cantSplit/>
          <w:trHeight w:hRule="exact" w:val="426"/>
        </w:trPr>
        <w:tc>
          <w:tcPr>
            <w:tcW w:w="4870" w:type="dxa"/>
          </w:tcPr>
          <w:p w14:paraId="5C44D419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bre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a/E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x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ity</w:t>
            </w:r>
            <w:r w:rsidRPr="00043873">
              <w:rPr>
                <w:rFonts w:ascii="IBM Plex Sans" w:hAnsi="IBM Plex Sans"/>
                <w:color w:val="000000"/>
                <w:spacing w:val="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5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$5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,</w:t>
            </w:r>
            <w:r w:rsidRPr="00043873">
              <w:rPr>
                <w:rFonts w:ascii="IBM Plex Sans" w:hAnsi="IBM Plex Sans"/>
                <w:color w:val="000000"/>
              </w:rPr>
              <w:t>000,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5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cc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e.</w:t>
            </w:r>
          </w:p>
          <w:p w14:paraId="154A2B04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  <w:color w:val="000000"/>
                <w:spacing w:val="139"/>
              </w:rPr>
            </w:pPr>
            <w:r w:rsidRPr="00043873">
              <w:rPr>
                <w:rFonts w:ascii="IBM Plex Sans" w:hAnsi="IBM Plex Sans"/>
                <w:color w:val="000000"/>
              </w:rPr>
              <w:t>Um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ilit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sura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ce</w:t>
            </w:r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proofErr w:type="gramStart"/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ex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ess</w:t>
            </w:r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proofErr w:type="gramEnd"/>
            <w:r w:rsidRPr="00043873">
              <w:rPr>
                <w:rFonts w:ascii="IBM Plex Sans" w:hAnsi="IBM Plex Sans"/>
                <w:color w:val="000000"/>
                <w:spacing w:val="1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2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784D43DA" w14:textId="77777777" w:rsidR="00043873" w:rsidRPr="00043873" w:rsidRDefault="00043873" w:rsidP="00043873">
            <w:pPr>
              <w:rPr>
                <w:rFonts w:ascii="IBM Plex Sans" w:hAnsi="IBM Plex Sans"/>
              </w:rPr>
            </w:pPr>
          </w:p>
          <w:p w14:paraId="5789A23D" w14:textId="77777777" w:rsidR="00043873" w:rsidRPr="00043873" w:rsidRDefault="00043873" w:rsidP="00043873">
            <w:pPr>
              <w:ind w:firstLine="720"/>
              <w:rPr>
                <w:rFonts w:ascii="IBM Plex Sans" w:hAnsi="IBM Plex Sans"/>
              </w:rPr>
            </w:pPr>
          </w:p>
        </w:tc>
        <w:tc>
          <w:tcPr>
            <w:tcW w:w="4872" w:type="dxa"/>
          </w:tcPr>
          <w:p w14:paraId="5621F239" w14:textId="77777777" w:rsidR="00D46B1D" w:rsidRPr="00043873" w:rsidRDefault="00C81A9F">
            <w:pPr>
              <w:tabs>
                <w:tab w:val="left" w:pos="850"/>
                <w:tab w:val="left" w:pos="4313"/>
              </w:tabs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6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espon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Ci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il</w:t>
            </w:r>
          </w:p>
          <w:p w14:paraId="6F565C68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menta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/</w:t>
            </w:r>
            <w:r w:rsidRPr="00043873">
              <w:rPr>
                <w:rFonts w:ascii="IBM Plex Sans" w:hAnsi="IBM Plex Sans"/>
                <w:color w:val="000000"/>
              </w:rPr>
              <w:t>Am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9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$</w:t>
            </w:r>
            <w:r w:rsidRPr="00043873">
              <w:rPr>
                <w:rFonts w:ascii="IBM Plex Sans" w:hAnsi="IBM Plex Sans"/>
                <w:color w:val="000000"/>
              </w:rPr>
              <w:t>5.000.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por</w:t>
            </w:r>
          </w:p>
        </w:tc>
      </w:tr>
    </w:tbl>
    <w:p w14:paraId="7FEC1AA4" w14:textId="77777777" w:rsidR="00D46B1D" w:rsidRPr="00043873" w:rsidRDefault="00D46B1D">
      <w:pPr>
        <w:pageBreakBefore/>
        <w:snapToGrid w:val="0"/>
        <w:spacing w:line="1" w:lineRule="exact"/>
        <w:rPr>
          <w:rFonts w:ascii="IBM Plex Sans" w:hAnsi="IBM Plex Sans"/>
        </w:rPr>
      </w:pPr>
    </w:p>
    <w:tbl>
      <w:tblPr>
        <w:tblW w:w="10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96" w:type="dxa"/>
        </w:tblCellMar>
        <w:tblLook w:val="04A0" w:firstRow="1" w:lastRow="0" w:firstColumn="1" w:lastColumn="0" w:noHBand="0" w:noVBand="1"/>
      </w:tblPr>
      <w:tblGrid>
        <w:gridCol w:w="4999"/>
        <w:gridCol w:w="5001"/>
      </w:tblGrid>
      <w:tr w:rsidR="00D46B1D" w:rsidRPr="00043873" w14:paraId="0D5A1E81" w14:textId="77777777" w:rsidTr="003536C5">
        <w:trPr>
          <w:cantSplit/>
          <w:trHeight w:hRule="exact" w:val="1094"/>
        </w:trPr>
        <w:tc>
          <w:tcPr>
            <w:tcW w:w="4999" w:type="dxa"/>
          </w:tcPr>
          <w:p w14:paraId="1FC6F9B8" w14:textId="77777777" w:rsidR="00D46B1D" w:rsidRPr="00043873" w:rsidRDefault="00C81A9F">
            <w:pPr>
              <w:tabs>
                <w:tab w:val="left" w:pos="1183"/>
                <w:tab w:val="left" w:pos="2045"/>
                <w:tab w:val="left" w:pos="2868"/>
                <w:tab w:val="left" w:pos="3392"/>
              </w:tabs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mme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 xml:space="preserve">l </w:t>
            </w:r>
            <w:r w:rsidRPr="00043873">
              <w:rPr>
                <w:rFonts w:ascii="IBM Plex Sans" w:hAnsi="IBM Plex Sans"/>
                <w:color w:val="000000"/>
              </w:rPr>
              <w:tab/>
              <w:t>Gen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abil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 xml:space="preserve">ty </w:t>
            </w:r>
            <w:r w:rsidRPr="00043873">
              <w:rPr>
                <w:rFonts w:ascii="IBM Plex Sans" w:hAnsi="IBM Plex Sans"/>
                <w:color w:val="000000"/>
              </w:rPr>
              <w:tab/>
              <w:t xml:space="preserve">and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2F66D04D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omobile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Liabi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ity 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ance;</w:t>
            </w:r>
          </w:p>
        </w:tc>
        <w:tc>
          <w:tcPr>
            <w:tcW w:w="5001" w:type="dxa"/>
          </w:tcPr>
          <w:p w14:paraId="1651E641" w14:textId="77777777" w:rsidR="00D46B1D" w:rsidRPr="00043873" w:rsidRDefault="00C81A9F">
            <w:pPr>
              <w:tabs>
                <w:tab w:val="left" w:pos="1974"/>
                <w:tab w:val="left" w:pos="2578"/>
                <w:tab w:val="left" w:pos="4313"/>
              </w:tabs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 xml:space="preserve">o. </w:t>
            </w:r>
            <w:r w:rsidRPr="00043873">
              <w:rPr>
                <w:rFonts w:ascii="IBM Plex Sans" w:hAnsi="IBM Plex Sans"/>
                <w:color w:val="000000"/>
              </w:rPr>
              <w:tab/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espon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idad </w:t>
            </w:r>
            <w:r w:rsidRPr="00043873">
              <w:rPr>
                <w:rFonts w:ascii="IBM Plex Sans" w:hAnsi="IBM Plex Sans"/>
                <w:color w:val="000000"/>
              </w:rPr>
              <w:tab/>
              <w:t>Civil</w:t>
            </w:r>
          </w:p>
          <w:p w14:paraId="5EFAFBA4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taria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uma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</w:p>
          <w:p w14:paraId="5D94ACFA" w14:textId="77777777" w:rsidR="00D46B1D" w:rsidRPr="00043873" w:rsidRDefault="00C81A9F">
            <w:pPr>
              <w:tabs>
                <w:tab w:val="left" w:pos="2618"/>
                <w:tab w:val="left" w:pos="3397"/>
                <w:tab w:val="left" w:pos="4563"/>
              </w:tabs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nsab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idad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ivi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Me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y</w:t>
            </w:r>
          </w:p>
          <w:p w14:paraId="2BBCC9F7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idad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3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íc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los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ot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049CC5BA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Tod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;</w:t>
            </w:r>
          </w:p>
        </w:tc>
      </w:tr>
      <w:tr w:rsidR="00D46B1D" w:rsidRPr="00043873" w14:paraId="2A5A6F41" w14:textId="77777777" w:rsidTr="003536C5">
        <w:trPr>
          <w:cantSplit/>
          <w:trHeight w:hRule="exact" w:val="1525"/>
        </w:trPr>
        <w:tc>
          <w:tcPr>
            <w:tcW w:w="4999" w:type="dxa"/>
          </w:tcPr>
          <w:p w14:paraId="5550FB9A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ime</w:t>
            </w:r>
            <w:r w:rsidRPr="00043873">
              <w:rPr>
                <w:rFonts w:ascii="IBM Plex Sans" w:hAnsi="IBM Plex Sans"/>
                <w:color w:val="000000"/>
                <w:spacing w:val="1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nce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ity</w:t>
            </w:r>
            <w:r w:rsidRPr="00043873">
              <w:rPr>
                <w:rFonts w:ascii="IBM Plex Sans" w:hAnsi="IBM Plex Sans"/>
                <w:color w:val="000000"/>
                <w:spacing w:val="1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$</w:t>
            </w:r>
            <w:r w:rsidRPr="00043873">
              <w:rPr>
                <w:rFonts w:ascii="IBM Plex Sans" w:hAnsi="IBM Plex Sans"/>
                <w:color w:val="000000"/>
              </w:rPr>
              <w:t>2,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,00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fo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ims</w:t>
            </w:r>
          </w:p>
          <w:p w14:paraId="1ED11A64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ari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 from fra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len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 xml:space="preserve">or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 xml:space="preserve">est acts on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he par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 xml:space="preserve">of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</w:p>
          <w:p w14:paraId="56EE20D4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Ve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so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l,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subcont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actor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ntrac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ors,</w:t>
            </w:r>
          </w:p>
          <w:p w14:paraId="086E4F31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agents or oth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 xml:space="preserve"> sup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ly 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 Work,</w:t>
            </w:r>
          </w:p>
        </w:tc>
        <w:tc>
          <w:tcPr>
            <w:tcW w:w="5001" w:type="dxa"/>
          </w:tcPr>
          <w:p w14:paraId="0AE0CD0A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6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1.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7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gu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Acto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elic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vos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za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</w:p>
          <w:p w14:paraId="6D26C1FC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Fid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–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2</w:t>
            </w:r>
            <w:r w:rsidRPr="00043873">
              <w:rPr>
                <w:rFonts w:ascii="IBM Plex Sans" w:hAnsi="IBM Plex Sans"/>
                <w:color w:val="000000"/>
              </w:rPr>
              <w:t>.00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cl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ma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ones</w:t>
            </w:r>
            <w:r w:rsidRPr="00043873">
              <w:rPr>
                <w:rFonts w:ascii="IBM Plex Sans" w:hAnsi="IBM Plex Sans"/>
                <w:color w:val="000000"/>
                <w:spacing w:val="2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q</w:t>
            </w:r>
            <w:r w:rsidRPr="00043873">
              <w:rPr>
                <w:rFonts w:ascii="IBM Plex Sans" w:hAnsi="IBM Plex Sans"/>
                <w:color w:val="000000"/>
              </w:rPr>
              <w:t>ue</w:t>
            </w:r>
          </w:p>
          <w:p w14:paraId="02ECDA16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rjan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lentos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nrados</w:t>
            </w:r>
          </w:p>
          <w:p w14:paraId="53772315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te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al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r,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los</w:t>
            </w:r>
          </w:p>
          <w:p w14:paraId="1C89B31A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subcontra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ista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s,</w:t>
            </w:r>
            <w:r w:rsidRPr="00043873">
              <w:rPr>
                <w:rFonts w:ascii="IBM Plex Sans" w:hAnsi="IBM Plex Sans"/>
                <w:color w:val="000000"/>
                <w:spacing w:val="9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contr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tis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9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agente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9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9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69A8A816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rte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na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tro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del</w:t>
            </w:r>
            <w:r w:rsidRPr="00043873">
              <w:rPr>
                <w:rFonts w:ascii="IBM Plex Sans" w:hAnsi="IBM Plex Sans"/>
                <w:color w:val="000000"/>
                <w:spacing w:val="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edor</w:t>
            </w:r>
          </w:p>
          <w:p w14:paraId="06454450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 xml:space="preserve">e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j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 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aj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s;</w:t>
            </w:r>
          </w:p>
        </w:tc>
      </w:tr>
      <w:tr w:rsidR="00D46B1D" w:rsidRPr="00043873" w14:paraId="75DBCF4A" w14:textId="77777777" w:rsidTr="003536C5">
        <w:trPr>
          <w:cantSplit/>
          <w:trHeight w:hRule="exact" w:val="226"/>
        </w:trPr>
        <w:tc>
          <w:tcPr>
            <w:tcW w:w="4999" w:type="dxa"/>
          </w:tcPr>
          <w:p w14:paraId="6A6AE14F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in ea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 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se,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with 6 ye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un</w:t>
            </w:r>
            <w:r w:rsidRPr="00043873">
              <w:rPr>
                <w:rFonts w:ascii="IBM Plex Sans" w:hAnsi="IBM Plex Sans"/>
                <w:color w:val="000000"/>
              </w:rPr>
              <w:t>-o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over.</w:t>
            </w:r>
          </w:p>
        </w:tc>
        <w:tc>
          <w:tcPr>
            <w:tcW w:w="5001" w:type="dxa"/>
          </w:tcPr>
          <w:p w14:paraId="21528598" w14:textId="77777777" w:rsidR="00D46B1D" w:rsidRPr="00043873" w:rsidRDefault="00C81A9F">
            <w:pPr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en cada ca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c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una 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rtu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i/>
                <w:color w:val="000000"/>
              </w:rPr>
              <w:t>run-</w:t>
            </w:r>
            <w:r w:rsidRPr="00043873">
              <w:rPr>
                <w:rFonts w:ascii="IBM Plex Sans" w:hAnsi="IBM Plex Sans"/>
                <w:i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i/>
                <w:color w:val="000000"/>
              </w:rPr>
              <w:t>f</w:t>
            </w:r>
            <w:r w:rsidRPr="00043873">
              <w:rPr>
                <w:rFonts w:ascii="IBM Plex Sans" w:hAnsi="IBM Plex Sans"/>
                <w:i/>
                <w:color w:val="000000"/>
                <w:spacing w:val="1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 6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ñ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</w:p>
        </w:tc>
      </w:tr>
      <w:tr w:rsidR="00D46B1D" w:rsidRPr="00043873" w14:paraId="4BEBEA0C" w14:textId="77777777" w:rsidTr="003536C5">
        <w:trPr>
          <w:cantSplit/>
          <w:trHeight w:hRule="exact" w:val="2175"/>
        </w:trPr>
        <w:tc>
          <w:tcPr>
            <w:tcW w:w="4999" w:type="dxa"/>
          </w:tcPr>
          <w:p w14:paraId="0CAC3722" w14:textId="62CB4F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7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8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al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8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oduce</w:t>
            </w:r>
            <w:r w:rsidRPr="00043873">
              <w:rPr>
                <w:rFonts w:ascii="IBM Plex Sans" w:hAnsi="IBM Plex Sans"/>
                <w:color w:val="000000"/>
                <w:spacing w:val="8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80"/>
              </w:rPr>
              <w:t xml:space="preserve"> </w:t>
            </w:r>
            <w:r w:rsidR="00043873" w:rsidRPr="00043873">
              <w:rPr>
                <w:rFonts w:ascii="IBM Plex Sans" w:hAnsi="IBM Plex Sans"/>
                <w:color w:val="000000"/>
              </w:rPr>
              <w:t>Macro</w:t>
            </w:r>
            <w:r w:rsidRPr="00043873">
              <w:rPr>
                <w:rFonts w:ascii="IBM Plex Sans" w:hAnsi="IBM Plex Sans"/>
                <w:color w:val="000000"/>
                <w:spacing w:val="7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7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so</w:t>
            </w:r>
          </w:p>
          <w:p w14:paraId="45CBC089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ed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ert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fica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of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evi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ce</w:t>
            </w:r>
            <w:r w:rsidRPr="00043873">
              <w:rPr>
                <w:rFonts w:ascii="IBM Plex Sans" w:hAnsi="IBM Plex Sans"/>
                <w:color w:val="000000"/>
                <w:spacing w:val="3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</w:p>
          <w:p w14:paraId="34A60F8D" w14:textId="1FA75844" w:rsidR="00D46B1D" w:rsidRPr="00043873" w:rsidRDefault="00043873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Macro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eq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2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ces</w:t>
            </w:r>
          </w:p>
          <w:p w14:paraId="61AF6E82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fe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he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hav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been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ak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</w:p>
          <w:p w14:paraId="222F6CB6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ent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that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106A42C9" w14:textId="66DD9F4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vi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5"/>
              </w:rPr>
              <w:t xml:space="preserve"> </w:t>
            </w:r>
            <w:r w:rsidR="00043873" w:rsidRPr="00043873">
              <w:rPr>
                <w:rFonts w:ascii="IBM Plex Sans" w:hAnsi="IBM Plex Sans"/>
                <w:color w:val="000000"/>
              </w:rPr>
              <w:t>Macro</w:t>
            </w:r>
            <w:r w:rsidRPr="00043873">
              <w:rPr>
                <w:rFonts w:ascii="IBM Plex Sans" w:hAnsi="IBM Plex Sans"/>
                <w:color w:val="000000"/>
                <w:spacing w:val="9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9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ta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9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</w:p>
          <w:p w14:paraId="5790C321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 xml:space="preserve">ance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cov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he 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om the Ve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dor.</w:t>
            </w:r>
          </w:p>
        </w:tc>
        <w:tc>
          <w:tcPr>
            <w:tcW w:w="5001" w:type="dxa"/>
          </w:tcPr>
          <w:p w14:paraId="679AA5F9" w14:textId="7501BD1A" w:rsidR="00D46B1D" w:rsidRPr="00043873" w:rsidRDefault="00C81A9F">
            <w:pPr>
              <w:tabs>
                <w:tab w:val="left" w:pos="850"/>
              </w:tabs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2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El</w:t>
            </w:r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rov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á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7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pr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ntar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8"/>
              </w:rPr>
              <w:t xml:space="preserve"> </w:t>
            </w:r>
            <w:r w:rsidR="00043873" w:rsidRPr="00043873">
              <w:rPr>
                <w:rFonts w:ascii="IBM Plex Sans" w:hAnsi="IBM Plex Sans"/>
                <w:color w:val="000000"/>
                <w:spacing w:val="-1"/>
              </w:rPr>
              <w:t>Macro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</w:p>
          <w:p w14:paraId="32DE2B42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sí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lo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ici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os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tifi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</w:p>
          <w:p w14:paraId="102E48BD" w14:textId="1D6979D4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proofErr w:type="spellStart"/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gu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0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0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02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02"/>
              </w:rPr>
              <w:t xml:space="preserve"> </w:t>
            </w:r>
            <w:r w:rsidR="00043873" w:rsidRPr="00043873">
              <w:rPr>
                <w:rFonts w:ascii="IBM Plex Sans" w:hAnsi="IBM Plex Sans"/>
                <w:color w:val="000000"/>
              </w:rPr>
              <w:t>Macro</w:t>
            </w:r>
          </w:p>
          <w:p w14:paraId="5AA93241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zo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xij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str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os</w:t>
            </w:r>
          </w:p>
          <w:p w14:paraId="27F9DF47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gu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os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qu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ste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umento</w:t>
            </w:r>
          </w:p>
          <w:p w14:paraId="37F75D57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án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</w:p>
          <w:p w14:paraId="27C4B570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el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</w:p>
          <w:p w14:paraId="40715391" w14:textId="53449509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1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sta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proofErr w:type="spellEnd"/>
            <w:r w:rsidRPr="00043873">
              <w:rPr>
                <w:rFonts w:ascii="IBM Plex Sans" w:hAnsi="IBM Plex Sans"/>
                <w:color w:val="000000"/>
              </w:rPr>
              <w:t xml:space="preserve">, </w:t>
            </w:r>
            <w:r w:rsidR="00043873" w:rsidRPr="00043873">
              <w:rPr>
                <w:rFonts w:ascii="IBM Plex Sans" w:hAnsi="IBM Plex Sans"/>
                <w:color w:val="000000"/>
              </w:rPr>
              <w:t>Macro</w:t>
            </w:r>
          </w:p>
          <w:p w14:paraId="569FBF43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á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ratar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hos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2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upe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</w:p>
          <w:p w14:paraId="49794229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ste de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v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or.</w:t>
            </w:r>
          </w:p>
        </w:tc>
      </w:tr>
      <w:tr w:rsidR="00D46B1D" w:rsidRPr="00043873" w14:paraId="78A28F87" w14:textId="77777777" w:rsidTr="003536C5">
        <w:trPr>
          <w:cantSplit/>
          <w:trHeight w:hRule="exact" w:val="226"/>
        </w:trPr>
        <w:tc>
          <w:tcPr>
            <w:tcW w:w="4999" w:type="dxa"/>
          </w:tcPr>
          <w:p w14:paraId="347EAF51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Cur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b/>
                <w:color w:val="000000"/>
              </w:rPr>
              <w:t>en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</w:rPr>
              <w:t>y</w:t>
            </w:r>
          </w:p>
        </w:tc>
        <w:tc>
          <w:tcPr>
            <w:tcW w:w="5001" w:type="dxa"/>
          </w:tcPr>
          <w:p w14:paraId="7B1891E9" w14:textId="77777777" w:rsidR="00D46B1D" w:rsidRPr="00043873" w:rsidRDefault="00C81A9F">
            <w:pPr>
              <w:tabs>
                <w:tab w:val="left" w:pos="851"/>
              </w:tabs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 xml:space="preserve">2.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b/>
                <w:color w:val="000000"/>
              </w:rPr>
              <w:t>Mo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b/>
                <w:color w:val="000000"/>
              </w:rPr>
              <w:t>a</w:t>
            </w:r>
          </w:p>
        </w:tc>
      </w:tr>
      <w:tr w:rsidR="00D46B1D" w:rsidRPr="00043873" w14:paraId="52358722" w14:textId="77777777" w:rsidTr="003536C5">
        <w:trPr>
          <w:cantSplit/>
          <w:trHeight w:hRule="exact" w:val="1742"/>
        </w:trPr>
        <w:tc>
          <w:tcPr>
            <w:tcW w:w="4999" w:type="dxa"/>
          </w:tcPr>
          <w:p w14:paraId="0F691FDD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urr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ncy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reemen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D($)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ted</w:t>
            </w:r>
          </w:p>
          <w:p w14:paraId="4EF81177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herwis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Orde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3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Standar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3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ur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1DC2D434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trac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2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ll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fer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this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em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amo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nts</w:t>
            </w:r>
            <w:r w:rsidRPr="00043873">
              <w:rPr>
                <w:rFonts w:ascii="IBM Plex Sans" w:hAnsi="IBM Plex Sans"/>
                <w:color w:val="000000"/>
                <w:spacing w:val="2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</w:p>
          <w:p w14:paraId="56539DCA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ot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er</w:t>
            </w:r>
            <w:r w:rsidRPr="00043873">
              <w:rPr>
                <w:rFonts w:ascii="IBM Plex Sans" w:hAnsi="IBM Plex Sans"/>
                <w:color w:val="000000"/>
                <w:spacing w:val="10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urrenc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0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ll</w:t>
            </w:r>
            <w:r w:rsidRPr="00043873">
              <w:rPr>
                <w:rFonts w:ascii="IBM Plex Sans" w:hAnsi="IBM Plex Sans"/>
                <w:color w:val="000000"/>
                <w:spacing w:val="10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be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rted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10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that</w:t>
            </w:r>
          </w:p>
          <w:p w14:paraId="60D9327C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rre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cy</w:t>
            </w:r>
            <w:r w:rsidRPr="00043873">
              <w:rPr>
                <w:rFonts w:ascii="IBM Plex Sans" w:hAnsi="IBM Plex Sans"/>
                <w:color w:val="000000"/>
                <w:spacing w:val="11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ili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1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ex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ange</w:t>
            </w:r>
            <w:r w:rsidRPr="00043873">
              <w:rPr>
                <w:rFonts w:ascii="IBM Plex Sans" w:hAnsi="IBM Plex Sans"/>
                <w:color w:val="000000"/>
                <w:spacing w:val="1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tes</w:t>
            </w:r>
            <w:r w:rsidRPr="00043873">
              <w:rPr>
                <w:rFonts w:ascii="IBM Plex Sans" w:hAnsi="IBM Plex Sans"/>
                <w:color w:val="000000"/>
                <w:spacing w:val="1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pub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1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by</w:t>
            </w:r>
          </w:p>
          <w:p w14:paraId="0772B2AA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Bar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lays 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k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(</w:t>
            </w:r>
            <w:r w:rsidRPr="00043873">
              <w:rPr>
                <w:rFonts w:ascii="IBM Plex Sans" w:hAnsi="IBM Plex Sans"/>
                <w:color w:val="000000"/>
              </w:rPr>
              <w:t>UK) on th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 xml:space="preserve"> rele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nt dat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</w:p>
        </w:tc>
        <w:tc>
          <w:tcPr>
            <w:tcW w:w="5001" w:type="dxa"/>
          </w:tcPr>
          <w:p w14:paraId="563CE1A6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 xml:space="preserve">2.1 </w:t>
            </w:r>
            <w:r w:rsidRPr="00043873">
              <w:rPr>
                <w:rFonts w:ascii="IBM Plex Sans" w:hAnsi="IBM Plex Sans"/>
                <w:color w:val="000000"/>
              </w:rPr>
              <w:tab/>
              <w:t>La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Mone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ste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D($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)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1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lvo</w:t>
            </w:r>
          </w:p>
          <w:p w14:paraId="78A9787D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al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el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</w:p>
          <w:p w14:paraId="188055CA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3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3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Tip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3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Toda</w:t>
            </w:r>
          </w:p>
          <w:p w14:paraId="0E67DBF6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ere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tra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mp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rtes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</w:p>
          <w:p w14:paraId="416E1AF9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á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ve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ha</w:t>
            </w:r>
          </w:p>
          <w:p w14:paraId="380D9B8C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5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ip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</w:p>
          <w:p w14:paraId="7D152292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li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lay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k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(</w:t>
            </w:r>
            <w:r w:rsidRPr="00043873">
              <w:rPr>
                <w:rFonts w:ascii="IBM Plex Sans" w:hAnsi="IBM Plex Sans"/>
                <w:color w:val="000000"/>
              </w:rPr>
              <w:t>UK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)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2EDC3DA4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ch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te.</w:t>
            </w:r>
          </w:p>
        </w:tc>
      </w:tr>
      <w:tr w:rsidR="00D46B1D" w:rsidRPr="00043873" w14:paraId="2C1DDA54" w14:textId="77777777" w:rsidTr="003536C5">
        <w:trPr>
          <w:cantSplit/>
          <w:trHeight w:hRule="exact" w:val="226"/>
        </w:trPr>
        <w:tc>
          <w:tcPr>
            <w:tcW w:w="4999" w:type="dxa"/>
          </w:tcPr>
          <w:p w14:paraId="6A8DF2EC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b/>
                <w:color w:val="000000"/>
              </w:rPr>
              <w:t>ec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</w:rPr>
              <w:t>r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b/>
                <w:color w:val="000000"/>
              </w:rPr>
              <w:t>nic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b/>
                <w:color w:val="000000"/>
              </w:rPr>
              <w:t>igna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b/>
                <w:color w:val="000000"/>
              </w:rPr>
              <w:t>es</w:t>
            </w:r>
          </w:p>
        </w:tc>
        <w:tc>
          <w:tcPr>
            <w:tcW w:w="5001" w:type="dxa"/>
          </w:tcPr>
          <w:p w14:paraId="62AD4430" w14:textId="77777777" w:rsidR="00D46B1D" w:rsidRPr="00043873" w:rsidRDefault="00C81A9F">
            <w:pPr>
              <w:tabs>
                <w:tab w:val="left" w:pos="851"/>
              </w:tabs>
              <w:snapToGrid w:val="0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 xml:space="preserve">3.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b/>
                <w:color w:val="000000"/>
              </w:rPr>
              <w:t>Firm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b/>
                <w:color w:val="000000"/>
              </w:rPr>
              <w:t>s El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</w:rPr>
              <w:t>ctr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ó</w:t>
            </w:r>
            <w:r w:rsidRPr="00043873">
              <w:rPr>
                <w:rFonts w:ascii="IBM Plex Sans" w:hAnsi="IBM Plex Sans"/>
                <w:b/>
                <w:color w:val="000000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b/>
                <w:color w:val="000000"/>
              </w:rPr>
              <w:t>as</w:t>
            </w:r>
          </w:p>
        </w:tc>
      </w:tr>
      <w:tr w:rsidR="00D46B1D" w:rsidRPr="00043873" w14:paraId="56065A5E" w14:textId="77777777" w:rsidTr="003536C5">
        <w:trPr>
          <w:cantSplit/>
          <w:trHeight w:hRule="exact" w:val="3260"/>
        </w:trPr>
        <w:tc>
          <w:tcPr>
            <w:tcW w:w="4999" w:type="dxa"/>
          </w:tcPr>
          <w:p w14:paraId="104D89C8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men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hat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rt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is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ted</w:t>
            </w:r>
            <w:r w:rsidRPr="00043873">
              <w:rPr>
                <w:rFonts w:ascii="IBM Plex Sans" w:hAnsi="IBM Plex Sans"/>
                <w:color w:val="000000"/>
                <w:spacing w:val="6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his</w:t>
            </w:r>
          </w:p>
          <w:p w14:paraId="09AB7927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nt</w:t>
            </w:r>
            <w:r w:rsidRPr="00043873">
              <w:rPr>
                <w:rFonts w:ascii="IBM Plex Sans" w:hAnsi="IBM Plex Sans"/>
                <w:color w:val="000000"/>
                <w:spacing w:val="9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ay</w:t>
            </w:r>
            <w:r w:rsidRPr="00043873">
              <w:rPr>
                <w:rFonts w:ascii="IBM Plex Sans" w:hAnsi="IBM Plex Sans"/>
                <w:color w:val="000000"/>
                <w:spacing w:val="9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9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9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9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9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</w:t>
            </w:r>
          </w:p>
          <w:p w14:paraId="12538930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ure</w:t>
            </w:r>
            <w:r w:rsidRPr="00043873">
              <w:rPr>
                <w:rFonts w:ascii="IBM Plex Sans" w:hAnsi="IBM Plex Sans"/>
                <w:color w:val="000000"/>
                <w:spacing w:val="6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7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da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the</w:t>
            </w:r>
            <w:r w:rsidRPr="00043873">
              <w:rPr>
                <w:rFonts w:ascii="IBM Plex Sans" w:hAnsi="IBM Plex Sans"/>
                <w:color w:val="000000"/>
                <w:spacing w:val="6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</w:p>
          <w:p w14:paraId="29C2BCDF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ure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Glo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erc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ct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(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"</w:t>
            </w:r>
            <w:r w:rsidRPr="00043873">
              <w:rPr>
                <w:rFonts w:ascii="IBM Plex Sans" w:hAnsi="IBM Plex Sans"/>
                <w:b/>
                <w:color w:val="000000"/>
              </w:rPr>
              <w:t>E-</w:t>
            </w:r>
          </w:p>
          <w:p w14:paraId="2ED486F6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b/>
                <w:color w:val="000000"/>
              </w:rPr>
              <w:t>Sig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</w:rPr>
              <w:t>Act</w:t>
            </w:r>
            <w:r w:rsidRPr="00043873">
              <w:rPr>
                <w:rFonts w:ascii="IBM Plex Sans" w:hAnsi="IBM Plex Sans"/>
                <w:color w:val="000000"/>
              </w:rPr>
              <w:t>"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)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Tit</w:t>
            </w:r>
            <w:r w:rsidRPr="00043873">
              <w:rPr>
                <w:rFonts w:ascii="IBM Plex Sans" w:hAnsi="IBM Plex Sans"/>
                <w:color w:val="000000"/>
                <w:spacing w:val="-2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>5,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ted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tates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e,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tio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7</w:t>
            </w:r>
            <w:r w:rsidRPr="00043873">
              <w:rPr>
                <w:rFonts w:ascii="IBM Plex Sans" w:hAnsi="IBM Plex Sans"/>
                <w:color w:val="000000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et</w:t>
            </w:r>
          </w:p>
          <w:p w14:paraId="2A4A5DF1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q</w:t>
            </w:r>
            <w:r w:rsidRPr="00043873">
              <w:rPr>
                <w:rFonts w:ascii="IBM Plex Sans" w:hAnsi="IBM Plex Sans"/>
                <w:color w:val="000000"/>
              </w:rPr>
              <w:t>.,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ifor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Ele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tron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Transa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on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Act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("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b/>
                <w:color w:val="000000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"</w:t>
            </w:r>
            <w:r w:rsidRPr="00043873">
              <w:rPr>
                <w:rFonts w:ascii="IBM Plex Sans" w:hAnsi="IBM Plex Sans"/>
                <w:color w:val="000000"/>
              </w:rPr>
              <w:t>)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and</w:t>
            </w:r>
          </w:p>
          <w:p w14:paraId="0202A079" w14:textId="77777777" w:rsidR="00D46B1D" w:rsidRPr="00043873" w:rsidRDefault="00C81A9F">
            <w:pPr>
              <w:snapToGrid w:val="0"/>
              <w:spacing w:line="208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1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te</w:t>
            </w:r>
            <w:r w:rsidRPr="00043873">
              <w:rPr>
                <w:rFonts w:ascii="IBM Plex Sans" w:hAnsi="IBM Plex Sans"/>
                <w:color w:val="000000"/>
                <w:spacing w:val="11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ny</w:t>
            </w:r>
            <w:r w:rsidRPr="00043873">
              <w:rPr>
                <w:rFonts w:ascii="IBM Plex Sans" w:hAnsi="IBM Plex Sans"/>
                <w:color w:val="000000"/>
                <w:spacing w:val="1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cu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1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epted,</w:t>
            </w:r>
          </w:p>
          <w:p w14:paraId="39D30518" w14:textId="77777777" w:rsidR="00D46B1D" w:rsidRPr="00043873" w:rsidRDefault="00C81A9F">
            <w:pPr>
              <w:snapToGrid w:val="0"/>
              <w:spacing w:line="206" w:lineRule="exact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x</w:t>
            </w:r>
            <w:r w:rsidRPr="00043873">
              <w:rPr>
                <w:rFonts w:ascii="IBM Plex Sans" w:hAnsi="IBM Plex Sans"/>
                <w:color w:val="000000"/>
              </w:rPr>
              <w:t>ecu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eed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in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f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mit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th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w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ll</w:t>
            </w:r>
            <w:r w:rsidRPr="00043873">
              <w:rPr>
                <w:rFonts w:ascii="IBM Plex Sans" w:hAnsi="IBM Plex Sans"/>
                <w:color w:val="000000"/>
                <w:spacing w:val="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6F7739F7" w14:textId="77777777" w:rsidR="00D46B1D" w:rsidRPr="00043873" w:rsidRDefault="00C81A9F">
            <w:pPr>
              <w:snapToGrid w:val="0"/>
              <w:ind w:left="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binding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h pa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ty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w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phy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 xml:space="preserve"> exe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uted</w:t>
            </w:r>
          </w:p>
        </w:tc>
        <w:tc>
          <w:tcPr>
            <w:tcW w:w="5001" w:type="dxa"/>
          </w:tcPr>
          <w:p w14:paraId="4BF7BE2D" w14:textId="77777777" w:rsidR="00D46B1D" w:rsidRPr="00043873" w:rsidRDefault="00C81A9F">
            <w:pPr>
              <w:tabs>
                <w:tab w:val="left" w:pos="850"/>
              </w:tabs>
              <w:snapToGrid w:val="0"/>
              <w:spacing w:line="208" w:lineRule="exact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3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1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do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cument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que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for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54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5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q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7A47B184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é</w:t>
            </w:r>
            <w:r w:rsidRPr="00043873">
              <w:rPr>
                <w:rFonts w:ascii="IBM Plex Sans" w:hAnsi="IBM Plex Sans"/>
                <w:color w:val="000000"/>
                <w:spacing w:val="1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re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1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ontr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pod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á</w:t>
            </w:r>
          </w:p>
          <w:p w14:paraId="2B7207BF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irs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8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avé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8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del</w:t>
            </w:r>
            <w:r w:rsidRPr="00043873">
              <w:rPr>
                <w:rFonts w:ascii="IBM Plex Sans" w:hAnsi="IBM Plex Sans"/>
                <w:color w:val="000000"/>
                <w:spacing w:val="8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uso</w:t>
            </w:r>
            <w:r w:rsidRPr="00043873">
              <w:rPr>
                <w:rFonts w:ascii="IBM Plex Sans" w:hAnsi="IBM Plex Sans"/>
                <w:color w:val="000000"/>
                <w:spacing w:val="8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8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f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509FE85A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ó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ica</w:t>
            </w:r>
            <w:r w:rsidRPr="00043873">
              <w:rPr>
                <w:rFonts w:ascii="IBM Plex Sans" w:hAnsi="IBM Plex Sans"/>
                <w:color w:val="000000"/>
                <w:spacing w:val="8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8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onf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8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con</w:t>
            </w:r>
            <w:r w:rsidRPr="00043873">
              <w:rPr>
                <w:rFonts w:ascii="IBM Plex Sans" w:hAnsi="IBM Plex Sans"/>
                <w:color w:val="000000"/>
                <w:spacing w:val="8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8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8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21A1A6DB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Firma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ectróni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el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merci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4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Glob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4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</w:p>
          <w:p w14:paraId="518AD116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nal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(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47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"</w:t>
            </w:r>
            <w:r w:rsidRPr="00043873">
              <w:rPr>
                <w:rFonts w:ascii="IBM Plex Sans" w:hAnsi="IBM Plex Sans"/>
                <w:b/>
                <w:color w:val="000000"/>
              </w:rPr>
              <w:t>la</w:t>
            </w:r>
            <w:r w:rsidRPr="00043873">
              <w:rPr>
                <w:rFonts w:ascii="IBM Plex Sans" w:hAnsi="IBM Plex Sans"/>
                <w:b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</w:rPr>
              <w:t>L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</w:rPr>
              <w:t>y</w:t>
            </w:r>
            <w:r w:rsidRPr="00043873">
              <w:rPr>
                <w:rFonts w:ascii="IBM Plex Sans" w:hAnsi="IBM Plex Sans"/>
                <w:b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</w:rPr>
              <w:t>de</w:t>
            </w:r>
            <w:r w:rsidRPr="00043873">
              <w:rPr>
                <w:rFonts w:ascii="IBM Plex Sans" w:hAnsi="IBM Plex Sans"/>
                <w:b/>
                <w:color w:val="000000"/>
                <w:spacing w:val="46"/>
              </w:rPr>
              <w:t xml:space="preserve"> </w:t>
            </w:r>
            <w:r w:rsidRPr="00043873">
              <w:rPr>
                <w:rFonts w:ascii="IBM Plex Sans" w:hAnsi="IBM Plex Sans"/>
                <w:b/>
                <w:color w:val="000000"/>
              </w:rPr>
              <w:t>Fi</w:t>
            </w:r>
            <w:r w:rsidRPr="00043873">
              <w:rPr>
                <w:rFonts w:ascii="IBM Plex Sans" w:hAnsi="IBM Plex Sans"/>
                <w:b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b/>
                <w:color w:val="000000"/>
              </w:rPr>
              <w:t>ma-E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"</w:t>
            </w:r>
            <w:r w:rsidRPr="00043873">
              <w:rPr>
                <w:rFonts w:ascii="IBM Plex Sans" w:hAnsi="IBM Plex Sans"/>
                <w:color w:val="000000"/>
              </w:rPr>
              <w:t>),</w:t>
            </w:r>
          </w:p>
          <w:p w14:paraId="5584154E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Títul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5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9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ó</w:t>
            </w:r>
            <w:r w:rsidRPr="00043873">
              <w:rPr>
                <w:rFonts w:ascii="IBM Plex Sans" w:hAnsi="IBM Plex Sans"/>
                <w:color w:val="000000"/>
              </w:rPr>
              <w:t>digo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9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ados</w:t>
            </w:r>
            <w:r w:rsidRPr="00043873">
              <w:rPr>
                <w:rFonts w:ascii="IBM Plex Sans" w:hAnsi="IBM Plex Sans"/>
                <w:color w:val="000000"/>
                <w:spacing w:val="9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</w:p>
          <w:p w14:paraId="473222C8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tíc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los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7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0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0</w:t>
            </w:r>
            <w:r w:rsidRPr="00043873">
              <w:rPr>
                <w:rFonts w:ascii="IBM Plex Sans" w:hAnsi="IBM Plex Sans"/>
                <w:color w:val="000000"/>
              </w:rPr>
              <w:t>1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bsi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ient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s,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la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8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</w:p>
          <w:p w14:paraId="696D3D80" w14:textId="77777777" w:rsidR="00D46B1D" w:rsidRPr="00043873" w:rsidRDefault="00C81A9F">
            <w:pPr>
              <w:tabs>
                <w:tab w:val="left" w:pos="2338"/>
                <w:tab w:val="left" w:pos="3633"/>
              </w:tabs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Trans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cc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ab/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ect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óni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 xml:space="preserve">s </w:t>
            </w:r>
            <w:r w:rsidRPr="00043873">
              <w:rPr>
                <w:rFonts w:ascii="IBM Plex Sans" w:hAnsi="IBM Plex Sans"/>
                <w:color w:val="000000"/>
              </w:rPr>
              <w:tab/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color w:val="000000"/>
              </w:rPr>
              <w:t>nif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rme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(la</w:t>
            </w:r>
          </w:p>
          <w:p w14:paraId="1EDD5874" w14:textId="7BD3BCCE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"</w:t>
            </w:r>
            <w:r w:rsidRPr="00043873">
              <w:rPr>
                <w:rFonts w:ascii="IBM Plex Sans" w:hAnsi="IBM Plex Sans"/>
                <w:b/>
                <w:color w:val="000000"/>
                <w:spacing w:val="-1"/>
              </w:rPr>
              <w:t>U</w:t>
            </w:r>
            <w:r w:rsidRPr="00043873">
              <w:rPr>
                <w:rFonts w:ascii="IBM Plex Sans" w:hAnsi="IBM Plex Sans"/>
                <w:b/>
                <w:color w:val="000000"/>
              </w:rPr>
              <w:t>E</w:t>
            </w:r>
            <w:r w:rsidRPr="00043873">
              <w:rPr>
                <w:rFonts w:ascii="IBM Plex Sans" w:hAnsi="IBM Plex Sans"/>
                <w:b/>
                <w:color w:val="000000"/>
                <w:spacing w:val="2"/>
              </w:rPr>
              <w:t>T</w:t>
            </w:r>
            <w:r w:rsidRPr="00043873">
              <w:rPr>
                <w:rFonts w:ascii="IBM Plex Sans" w:hAnsi="IBM Plex Sans"/>
                <w:b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"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4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4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en</w:t>
            </w:r>
            <w:r w:rsidRPr="00043873">
              <w:rPr>
                <w:rFonts w:ascii="IBM Plex Sans" w:hAnsi="IBM Plex Sans"/>
                <w:color w:val="000000"/>
                <w:spacing w:val="48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és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-1"/>
              </w:rPr>
              <w:t>)</w:t>
            </w:r>
            <w:r w:rsidRPr="00043873">
              <w:rPr>
                <w:rFonts w:ascii="IBM Plex Sans" w:hAnsi="IBM Plex Sans"/>
                <w:color w:val="000000"/>
                <w:spacing w:val="49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y</w:t>
            </w:r>
            <w:r w:rsidRPr="00043873">
              <w:rPr>
                <w:rFonts w:ascii="IBM Plex Sans" w:hAnsi="IBM Plex Sans"/>
                <w:color w:val="000000"/>
                <w:spacing w:val="48"/>
              </w:rPr>
              <w:t xml:space="preserve"> </w:t>
            </w:r>
            <w:proofErr w:type="spellStart"/>
            <w:r w:rsidRPr="00043873">
              <w:rPr>
                <w:rFonts w:ascii="IBM Plex Sans" w:hAnsi="IBM Plex Sans"/>
                <w:color w:val="000000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da</w:t>
            </w:r>
            <w:proofErr w:type="spellEnd"/>
            <w:r w:rsidRPr="00043873">
              <w:rPr>
                <w:rFonts w:ascii="IBM Plex Sans" w:hAnsi="IBM Plex Sans"/>
                <w:color w:val="000000"/>
                <w:spacing w:val="48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ley</w:t>
            </w:r>
            <w:r w:rsidR="0084665A">
              <w:rPr>
                <w:rFonts w:ascii="IBM Plex Sans" w:hAnsi="IBM Plex Sans"/>
                <w:color w:val="000000"/>
              </w:rPr>
              <w:t xml:space="preserve"> </w:t>
            </w:r>
          </w:p>
          <w:p w14:paraId="2C9724C5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tat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q</w:t>
            </w:r>
            <w:r w:rsidRPr="00043873">
              <w:rPr>
                <w:rFonts w:ascii="IBM Plex Sans" w:hAnsi="IBM Plex Sans"/>
                <w:color w:val="000000"/>
              </w:rPr>
              <w:t>ue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sea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de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cació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.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Todo</w:t>
            </w:r>
            <w:r w:rsidRPr="00043873">
              <w:rPr>
                <w:rFonts w:ascii="IBM Plex Sans" w:hAnsi="IBM Plex Sans"/>
                <w:color w:val="000000"/>
                <w:spacing w:val="5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um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</w:p>
          <w:p w14:paraId="3D6A701C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ep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,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to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g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nf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r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mi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d</w:t>
            </w:r>
          </w:p>
          <w:p w14:paraId="375BB425" w14:textId="77777777" w:rsidR="00D46B1D" w:rsidRPr="00043873" w:rsidRDefault="00C81A9F">
            <w:pPr>
              <w:snapToGrid w:val="0"/>
              <w:spacing w:line="208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dic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h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y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</w:rPr>
              <w:t>rá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v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c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a</w:t>
            </w:r>
            <w:r w:rsidRPr="00043873">
              <w:rPr>
                <w:rFonts w:ascii="IBM Plex Sans" w:hAnsi="IBM Plex Sans"/>
                <w:color w:val="000000"/>
              </w:rPr>
              <w:t>n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p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r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a</w:t>
            </w:r>
            <w:r w:rsidRPr="00043873">
              <w:rPr>
                <w:rFonts w:ascii="IBM Plex Sans" w:hAnsi="IBM Plex Sans"/>
                <w:color w:val="000000"/>
                <w:spacing w:val="3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u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n</w:t>
            </w:r>
            <w:r w:rsidRPr="00043873">
              <w:rPr>
                <w:rFonts w:ascii="IBM Plex Sans" w:hAnsi="IBM Plex Sans"/>
                <w:color w:val="000000"/>
              </w:rPr>
              <w:t>a</w:t>
            </w:r>
          </w:p>
          <w:p w14:paraId="541ABE57" w14:textId="77777777" w:rsidR="00D46B1D" w:rsidRPr="00043873" w:rsidRDefault="00C81A9F">
            <w:pPr>
              <w:snapToGrid w:val="0"/>
              <w:spacing w:line="206" w:lineRule="exact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d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l</w:t>
            </w:r>
            <w:r w:rsidRPr="00043873">
              <w:rPr>
                <w:rFonts w:ascii="IBM Plex Sans" w:hAnsi="IBM Plex Sans"/>
                <w:color w:val="000000"/>
              </w:rPr>
              <w:t>as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par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s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c</w:t>
            </w:r>
            <w:r w:rsidRPr="00043873">
              <w:rPr>
                <w:rFonts w:ascii="IBM Plex Sans" w:hAnsi="IBM Plex Sans"/>
                <w:color w:val="000000"/>
              </w:rPr>
              <w:t>om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s</w:t>
            </w:r>
            <w:r w:rsidRPr="00043873">
              <w:rPr>
                <w:rFonts w:ascii="IBM Plex Sans" w:hAnsi="IBM Plex Sans"/>
                <w:color w:val="000000"/>
              </w:rPr>
              <w:t>i</w:t>
            </w:r>
            <w:r w:rsidRPr="00043873">
              <w:rPr>
                <w:rFonts w:ascii="IBM Plex Sans" w:hAnsi="IBM Plex Sans"/>
                <w:color w:val="000000"/>
                <w:spacing w:val="60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se</w:t>
            </w:r>
            <w:r w:rsidRPr="00043873">
              <w:rPr>
                <w:rFonts w:ascii="IBM Plex Sans" w:hAnsi="IBM Plex Sans"/>
                <w:color w:val="000000"/>
                <w:spacing w:val="61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hu</w:t>
            </w:r>
            <w:r w:rsidRPr="00043873">
              <w:rPr>
                <w:rFonts w:ascii="IBM Plex Sans" w:hAnsi="IBM Plex Sans"/>
                <w:color w:val="000000"/>
                <w:spacing w:val="1"/>
              </w:rPr>
              <w:t>b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i</w:t>
            </w:r>
            <w:r w:rsidRPr="00043873">
              <w:rPr>
                <w:rFonts w:ascii="IBM Plex Sans" w:hAnsi="IBM Plex Sans"/>
                <w:color w:val="000000"/>
              </w:rPr>
              <w:t>es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e</w:t>
            </w:r>
            <w:r w:rsidRPr="00043873">
              <w:rPr>
                <w:rFonts w:ascii="IBM Plex Sans" w:hAnsi="IBM Plex Sans"/>
                <w:color w:val="000000"/>
                <w:spacing w:val="62"/>
              </w:rPr>
              <w:t xml:space="preserve"> </w:t>
            </w:r>
            <w:r w:rsidRPr="00043873">
              <w:rPr>
                <w:rFonts w:ascii="IBM Plex Sans" w:hAnsi="IBM Plex Sans"/>
                <w:color w:val="000000"/>
              </w:rPr>
              <w:t>o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t</w:t>
            </w:r>
            <w:r w:rsidRPr="00043873">
              <w:rPr>
                <w:rFonts w:ascii="IBM Plex Sans" w:hAnsi="IBM Plex Sans"/>
                <w:color w:val="000000"/>
              </w:rPr>
              <w:t>orgado</w:t>
            </w:r>
          </w:p>
          <w:p w14:paraId="2104F3B6" w14:textId="77777777" w:rsidR="00D46B1D" w:rsidRPr="00043873" w:rsidRDefault="00C81A9F">
            <w:pPr>
              <w:snapToGrid w:val="0"/>
              <w:ind w:left="851"/>
              <w:rPr>
                <w:rFonts w:ascii="IBM Plex Sans" w:hAnsi="IBM Plex Sans"/>
              </w:rPr>
            </w:pPr>
            <w:r w:rsidRPr="00043873">
              <w:rPr>
                <w:rFonts w:ascii="IBM Plex Sans" w:hAnsi="IBM Plex Sans"/>
                <w:color w:val="000000"/>
              </w:rPr>
              <w:t>física</w:t>
            </w:r>
            <w:r w:rsidRPr="00043873">
              <w:rPr>
                <w:rFonts w:ascii="IBM Plex Sans" w:hAnsi="IBM Plex Sans"/>
                <w:color w:val="000000"/>
                <w:spacing w:val="-1"/>
              </w:rPr>
              <w:t>m</w:t>
            </w:r>
            <w:r w:rsidRPr="00043873">
              <w:rPr>
                <w:rFonts w:ascii="IBM Plex Sans" w:hAnsi="IBM Plex Sans"/>
                <w:color w:val="000000"/>
              </w:rPr>
              <w:t>ente</w:t>
            </w:r>
          </w:p>
        </w:tc>
      </w:tr>
    </w:tbl>
    <w:p w14:paraId="4CC5AC67" w14:textId="77777777" w:rsidR="00D46B1D" w:rsidRPr="00043873" w:rsidRDefault="00D46B1D">
      <w:pPr>
        <w:snapToGrid w:val="0"/>
        <w:spacing w:line="20" w:lineRule="exact"/>
        <w:rPr>
          <w:rFonts w:ascii="IBM Plex Sans" w:hAnsi="IBM Plex Sans"/>
        </w:rPr>
      </w:pPr>
    </w:p>
    <w:sectPr w:rsidR="00D46B1D" w:rsidRPr="00043873" w:rsidSect="00034616">
      <w:headerReference w:type="default" r:id="rId11"/>
      <w:footerReference w:type="default" r:id="rId12"/>
      <w:pgSz w:w="11904" w:h="16840"/>
      <w:pgMar w:top="1880" w:right="1188" w:bottom="1080" w:left="1189" w:header="462" w:footer="4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CDC9B" w14:textId="77777777" w:rsidR="00600D3E" w:rsidRDefault="00600D3E">
      <w:pPr>
        <w:spacing w:line="240" w:lineRule="auto"/>
      </w:pPr>
      <w:r>
        <w:separator/>
      </w:r>
    </w:p>
  </w:endnote>
  <w:endnote w:type="continuationSeparator" w:id="0">
    <w:p w14:paraId="29A5A370" w14:textId="77777777" w:rsidR="00600D3E" w:rsidRDefault="00600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BM Plex Sans"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0B0B" w14:textId="5E84D2CD" w:rsidR="00D46B1D" w:rsidRDefault="00C81A9F">
    <w:pPr>
      <w:pStyle w:val="Footer"/>
      <w:tabs>
        <w:tab w:val="left" w:pos="8640"/>
      </w:tabs>
      <w:snapToGrid w:val="0"/>
      <w:spacing w:line="194" w:lineRule="exact"/>
    </w:pPr>
    <w:r>
      <w:rPr>
        <w:rFonts w:ascii="Calibri" w:hAnsi="Calibri"/>
        <w:color w:val="000000"/>
        <w:sz w:val="16"/>
      </w:rPr>
      <w:tab/>
    </w:r>
    <w:r>
      <w:rPr>
        <w:rFonts w:ascii="Calibri" w:hAnsi="Calibri"/>
        <w:b/>
        <w:color w:val="000000"/>
        <w:sz w:val="16"/>
      </w:rPr>
      <w:t>Page </w:t>
    </w:r>
    <w:r>
      <w:rPr>
        <w:rFonts w:ascii="Calibri" w:hAnsi="Calibri"/>
        <w:b/>
        <w:color w:val="000000"/>
        <w:sz w:val="16"/>
      </w:rPr>
      <w:fldChar w:fldCharType="begin"/>
    </w:r>
    <w:r>
      <w:rPr>
        <w:rFonts w:ascii="Calibri" w:hAnsi="Calibri"/>
        <w:b/>
        <w:color w:val="000000"/>
        <w:sz w:val="16"/>
      </w:rPr>
      <w:instrText>PAGE</w:instrText>
    </w:r>
    <w:r>
      <w:rPr>
        <w:rFonts w:ascii="Calibri" w:hAnsi="Calibri"/>
        <w:b/>
        <w:color w:val="000000"/>
        <w:sz w:val="16"/>
      </w:rPr>
      <w:fldChar w:fldCharType="separate"/>
    </w:r>
    <w:r>
      <w:rPr>
        <w:rFonts w:ascii="Calibri" w:hAnsi="Calibri"/>
        <w:b/>
        <w:color w:val="000000"/>
        <w:sz w:val="16"/>
      </w:rPr>
      <w:t>1</w:t>
    </w:r>
    <w:r>
      <w:rPr>
        <w:rFonts w:ascii="Calibri" w:hAnsi="Calibri"/>
        <w:b/>
        <w:color w:val="000000"/>
        <w:sz w:val="16"/>
      </w:rPr>
      <w:fldChar w:fldCharType="end"/>
    </w:r>
    <w:r>
      <w:rPr>
        <w:rFonts w:ascii="Calibri" w:hAnsi="Calibri"/>
        <w:color w:val="000000"/>
        <w:sz w:val="16"/>
      </w:rPr>
      <w:t> of </w:t>
    </w:r>
    <w:r>
      <w:rPr>
        <w:rFonts w:ascii="Calibri" w:hAnsi="Calibri"/>
        <w:b/>
        <w:color w:val="000000"/>
        <w:sz w:val="16"/>
      </w:rPr>
      <w:t>2</w:t>
    </w:r>
  </w:p>
  <w:p w14:paraId="36E68581" w14:textId="1F5FA8A3" w:rsidR="00D46B1D" w:rsidRDefault="00C81A9F">
    <w:pPr>
      <w:snapToGrid w:val="0"/>
      <w:spacing w:line="194" w:lineRule="exact"/>
    </w:pPr>
    <w:r>
      <w:rPr>
        <w:rFonts w:ascii="Calibri" w:hAnsi="Calibri"/>
        <w:b/>
        <w:color w:val="000000"/>
        <w:sz w:val="16"/>
      </w:rPr>
      <w:t>Owner: Mac</w:t>
    </w:r>
    <w:r w:rsidR="00043873">
      <w:rPr>
        <w:rFonts w:ascii="Calibri" w:hAnsi="Calibri"/>
        <w:b/>
        <w:color w:val="000000"/>
        <w:sz w:val="16"/>
      </w:rPr>
      <w:t>ro</w:t>
    </w:r>
    <w:r>
      <w:rPr>
        <w:rFonts w:ascii="Calibri" w:hAnsi="Calibri"/>
        <w:b/>
        <w:color w:val="000000"/>
        <w:sz w:val="16"/>
      </w:rPr>
      <w:t> Legal Department </w:t>
    </w:r>
    <w:r w:rsidR="000164F2">
      <w:rPr>
        <w:rFonts w:ascii="Calibri" w:hAnsi="Calibri"/>
        <w:b/>
        <w:color w:val="000000"/>
        <w:sz w:val="16"/>
      </w:rPr>
      <w:t>RefCL23052019</w:t>
    </w:r>
  </w:p>
  <w:p w14:paraId="449C7DE7" w14:textId="77777777" w:rsidR="00D46B1D" w:rsidRDefault="00C81A9F">
    <w:pPr>
      <w:snapToGrid w:val="0"/>
      <w:spacing w:line="194" w:lineRule="exact"/>
      <w:ind w:left="-792"/>
    </w:pPr>
    <w:r>
      <w:rPr>
        <w:color w:val="000000"/>
        <w:position w:val="2"/>
        <w:sz w:val="20"/>
      </w:rPr>
      <w:t>Classification - Private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77594" w14:textId="77777777" w:rsidR="00600D3E" w:rsidRDefault="00600D3E">
      <w:pPr>
        <w:spacing w:line="240" w:lineRule="auto"/>
      </w:pPr>
      <w:r>
        <w:separator/>
      </w:r>
    </w:p>
  </w:footnote>
  <w:footnote w:type="continuationSeparator" w:id="0">
    <w:p w14:paraId="0A26B547" w14:textId="77777777" w:rsidR="00600D3E" w:rsidRDefault="00600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3676" w14:textId="0D1710D9" w:rsidR="00D46B1D" w:rsidRPr="000164F2" w:rsidRDefault="00043873">
    <w:pPr>
      <w:pStyle w:val="Header"/>
      <w:snapToGrid w:val="0"/>
      <w:spacing w:line="506" w:lineRule="exact"/>
      <w:rPr>
        <w:rFonts w:ascii="IBM Plex Sans" w:hAnsi="IBM Plex Sans"/>
      </w:rPr>
    </w:pPr>
    <w:r w:rsidRPr="000164F2">
      <w:rPr>
        <w:rFonts w:ascii="IBM Plex Sans" w:eastAsia="Aptos" w:hAnsi="IBM Plex Sans"/>
        <w:noProof/>
        <w:color w:val="053444"/>
        <w:kern w:val="2"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367E9162" wp14:editId="62500D7D">
          <wp:simplePos x="0" y="0"/>
          <wp:positionH relativeFrom="margin">
            <wp:posOffset>4775200</wp:posOffset>
          </wp:positionH>
          <wp:positionV relativeFrom="margin">
            <wp:posOffset>-939800</wp:posOffset>
          </wp:positionV>
          <wp:extent cx="1391920" cy="207010"/>
          <wp:effectExtent l="0" t="0" r="0" b="2540"/>
          <wp:wrapSquare wrapText="bothSides"/>
          <wp:docPr id="1139048820" name="Picture 3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207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164F2">
      <w:rPr>
        <w:rFonts w:ascii="IBM Plex Sans" w:hAnsi="IBM Plex Sans"/>
        <w:b/>
        <w:color w:val="000000"/>
        <w:sz w:val="44"/>
      </w:rPr>
      <w:t>SUPPLEMENTAL CONDITIONS</w:t>
    </w:r>
  </w:p>
  <w:p w14:paraId="45291B04" w14:textId="1D7C4487" w:rsidR="00D46B1D" w:rsidRPr="000164F2" w:rsidRDefault="00C81A9F">
    <w:pPr>
      <w:snapToGrid w:val="0"/>
      <w:spacing w:line="506" w:lineRule="exact"/>
      <w:rPr>
        <w:rFonts w:ascii="IBM Plex Sans" w:hAnsi="IBM Plex Sans"/>
      </w:rPr>
    </w:pPr>
    <w:r w:rsidRPr="000164F2">
      <w:rPr>
        <w:rFonts w:ascii="IBM Plex Sans" w:hAnsi="IBM Plex Sans"/>
        <w:b/>
        <w:color w:val="000000"/>
        <w:sz w:val="44"/>
      </w:rPr>
      <w:t>FOR THE USA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7526456">
    <w:abstractNumId w:val="8"/>
  </w:num>
  <w:num w:numId="2" w16cid:durableId="1618635750">
    <w:abstractNumId w:val="6"/>
  </w:num>
  <w:num w:numId="3" w16cid:durableId="1205675822">
    <w:abstractNumId w:val="5"/>
  </w:num>
  <w:num w:numId="4" w16cid:durableId="1380008714">
    <w:abstractNumId w:val="4"/>
  </w:num>
  <w:num w:numId="5" w16cid:durableId="540216803">
    <w:abstractNumId w:val="7"/>
  </w:num>
  <w:num w:numId="6" w16cid:durableId="106434663">
    <w:abstractNumId w:val="3"/>
  </w:num>
  <w:num w:numId="7" w16cid:durableId="126313780">
    <w:abstractNumId w:val="2"/>
  </w:num>
  <w:num w:numId="8" w16cid:durableId="62919684">
    <w:abstractNumId w:val="1"/>
  </w:num>
  <w:num w:numId="9" w16cid:durableId="14012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4F2"/>
    <w:rsid w:val="00034616"/>
    <w:rsid w:val="00043873"/>
    <w:rsid w:val="0006063C"/>
    <w:rsid w:val="0015074B"/>
    <w:rsid w:val="002641CE"/>
    <w:rsid w:val="0029639D"/>
    <w:rsid w:val="00326F90"/>
    <w:rsid w:val="003536C5"/>
    <w:rsid w:val="003F2897"/>
    <w:rsid w:val="005C5EC7"/>
    <w:rsid w:val="005E0C06"/>
    <w:rsid w:val="00600D3E"/>
    <w:rsid w:val="0084665A"/>
    <w:rsid w:val="009A7957"/>
    <w:rsid w:val="00A61E8D"/>
    <w:rsid w:val="00AA1D8D"/>
    <w:rsid w:val="00B40BB1"/>
    <w:rsid w:val="00B47730"/>
    <w:rsid w:val="00C81A9F"/>
    <w:rsid w:val="00CB0664"/>
    <w:rsid w:val="00D46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6FBD1E"/>
  <w14:defaultImageDpi w14:val="300"/>
  <w15:docId w15:val="{D5B2D705-F86F-4F93-BF81-6B871CD8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widowControl w:val="0"/>
      <w:spacing w:after="0" w:line="207" w:lineRule="exact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08fc67-69f3-46e2-8c8b-9baa165c03d8">
      <Terms xmlns="http://schemas.microsoft.com/office/infopath/2007/PartnerControls"/>
    </lcf76f155ced4ddcb4097134ff3c332f>
    <Notes0 xmlns="0f08fc67-69f3-46e2-8c8b-9baa165c03d8" xsi:nil="true"/>
    <TaxCatchAll xmlns="63fe539b-4ee9-4f14-8cf8-68bf66a60b7b" xsi:nil="true"/>
    <Notes_x0020_for_x0020_user xmlns="0f08fc67-69f3-46e2-8c8b-9baa165c03d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3A43E2173AE49A9854312FCDDFEE7" ma:contentTypeVersion="17" ma:contentTypeDescription="Create a new document." ma:contentTypeScope="" ma:versionID="0eec1503604d9f813104d6a7e74dd795">
  <xsd:schema xmlns:xsd="http://www.w3.org/2001/XMLSchema" xmlns:xs="http://www.w3.org/2001/XMLSchema" xmlns:p="http://schemas.microsoft.com/office/2006/metadata/properties" xmlns:ns2="0f08fc67-69f3-46e2-8c8b-9baa165c03d8" xmlns:ns3="63fe539b-4ee9-4f14-8cf8-68bf66a60b7b" targetNamespace="http://schemas.microsoft.com/office/2006/metadata/properties" ma:root="true" ma:fieldsID="965ac0f92f09970d5e70e17f0560fdbd" ns2:_="" ns3:_="">
    <xsd:import namespace="0f08fc67-69f3-46e2-8c8b-9baa165c03d8"/>
    <xsd:import namespace="63fe539b-4ee9-4f14-8cf8-68bf66a60b7b"/>
    <xsd:element name="properties">
      <xsd:complexType>
        <xsd:sequence>
          <xsd:element name="documentManagement">
            <xsd:complexType>
              <xsd:all>
                <xsd:element ref="ns2:Notes_x0020_for_x0020_user" minOccurs="0"/>
                <xsd:element ref="ns2:Notes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8fc67-69f3-46e2-8c8b-9baa165c03d8" elementFormDefault="qualified">
    <xsd:import namespace="http://schemas.microsoft.com/office/2006/documentManagement/types"/>
    <xsd:import namespace="http://schemas.microsoft.com/office/infopath/2007/PartnerControls"/>
    <xsd:element name="Notes_x0020_for_x0020_user" ma:index="4" nillable="true" ma:displayName="Notes for user" ma:description="Guidance notes for colleagues using legal templates" ma:internalName="Notes_x0020_for_x0020_user" ma:readOnly="false">
      <xsd:simpleType>
        <xsd:restriction base="dms:Note">
          <xsd:maxLength value="255"/>
        </xsd:restriction>
      </xsd:simpleType>
    </xsd:element>
    <xsd:element name="Notes0" ma:index="5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b2d92c6-23bf-415b-b2a8-f004dcc9d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e539b-4ee9-4f14-8cf8-68bf66a60b7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8218e36-735c-4580-8751-35cea6bb2a47}" ma:internalName="TaxCatchAll" ma:showField="CatchAllData" ma:web="63fe539b-4ee9-4f14-8cf8-68bf66a60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F5827248-1CE8-4616-85CF-4B8DE2EB2FD0}">
  <ds:schemaRefs>
    <ds:schemaRef ds:uri="http://schemas.microsoft.com/office/2006/metadata/properties"/>
    <ds:schemaRef ds:uri="http://schemas.microsoft.com/office/infopath/2007/PartnerControls"/>
    <ds:schemaRef ds:uri="0f08fc67-69f3-46e2-8c8b-9baa165c03d8"/>
    <ds:schemaRef ds:uri="63fe539b-4ee9-4f14-8cf8-68bf66a60b7b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2FC759-39AC-4616-97BA-574799899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8fc67-69f3-46e2-8c8b-9baa165c03d8"/>
    <ds:schemaRef ds:uri="63fe539b-4ee9-4f14-8cf8-68bf66a60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31F7FA-521B-4224-BE57-FA28CC341C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1225</Words>
  <Characters>6947</Characters>
  <Application>Microsoft Office Word</Application>
  <DocSecurity>0</DocSecurity>
  <Lines>289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Conditions for the USA</dc:title>
  <dc:subject>English and Spanish</dc:subject>
  <dc:creator>Harrison Ezea</dc:creator>
  <cp:keywords/>
  <dc:description/>
  <cp:lastModifiedBy>Harrison Ezea</cp:lastModifiedBy>
  <cp:revision>9</cp:revision>
  <dcterms:created xsi:type="dcterms:W3CDTF">2026-09-21T13:12:00Z</dcterms:created>
  <dcterms:modified xsi:type="dcterms:W3CDTF">2026-09-21T15:33:00Z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c61bdd-91bc-4a93-8d49-8d0f307d0244_Enabled">
    <vt:lpwstr>true</vt:lpwstr>
  </property>
  <property fmtid="{D5CDD505-2E9C-101B-9397-08002B2CF9AE}" pid="3" name="MSIP_Label_02c61bdd-91bc-4a93-8d49-8d0f307d0244_SetDate">
    <vt:lpwstr>2026-09-21T13:12:19Z</vt:lpwstr>
  </property>
  <property fmtid="{D5CDD505-2E9C-101B-9397-08002B2CF9AE}" pid="4" name="MSIP_Label_02c61bdd-91bc-4a93-8d49-8d0f307d0244_Method">
    <vt:lpwstr>Privileged</vt:lpwstr>
  </property>
  <property fmtid="{D5CDD505-2E9C-101B-9397-08002B2CF9AE}" pid="5" name="MSIP_Label_02c61bdd-91bc-4a93-8d49-8d0f307d0244_Name">
    <vt:lpwstr>Private</vt:lpwstr>
  </property>
  <property fmtid="{D5CDD505-2E9C-101B-9397-08002B2CF9AE}" pid="6" name="MSIP_Label_02c61bdd-91bc-4a93-8d49-8d0f307d0244_SiteId">
    <vt:lpwstr>8c090b86-ba53-4829-a088-6f3454650abf</vt:lpwstr>
  </property>
  <property fmtid="{D5CDD505-2E9C-101B-9397-08002B2CF9AE}" pid="7" name="MSIP_Label_02c61bdd-91bc-4a93-8d49-8d0f307d0244_ActionId">
    <vt:lpwstr>87b5973d-a341-4695-83f8-a0e28fdd96f6</vt:lpwstr>
  </property>
  <property fmtid="{D5CDD505-2E9C-101B-9397-08002B2CF9AE}" pid="8" name="MSIP_Label_02c61bdd-91bc-4a93-8d49-8d0f307d0244_ContentBits">
    <vt:lpwstr>0</vt:lpwstr>
  </property>
  <property fmtid="{D5CDD505-2E9C-101B-9397-08002B2CF9AE}" pid="9" name="MSIP_Label_02c61bdd-91bc-4a93-8d49-8d0f307d0244_Tag">
    <vt:lpwstr>10, 0, 1, 1</vt:lpwstr>
  </property>
  <property fmtid="{D5CDD505-2E9C-101B-9397-08002B2CF9AE}" pid="10" name="ContentTypeId">
    <vt:lpwstr>0x010100DB03A43E2173AE49A9854312FCDDFEE7</vt:lpwstr>
  </property>
  <property fmtid="{D5CDD505-2E9C-101B-9397-08002B2CF9AE}" pid="11" name="MediaServiceImageTags">
    <vt:lpwstr/>
  </property>
</Properties>
</file>