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1E57" w14:textId="5FFB8E42" w:rsidR="004A63AD" w:rsidRPr="00D651D4" w:rsidRDefault="008C6F3F" w:rsidP="00291EF0">
      <w:pPr>
        <w:spacing w:after="206"/>
        <w:ind w:right="-60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se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pl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me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tal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it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or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te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and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25"/>
        </w:rPr>
        <w:t xml:space="preserve"> </w:t>
      </w:r>
      <w:r w:rsidR="00D651D4" w:rsidRPr="00D651D4">
        <w:rPr>
          <w:rFonts w:ascii="IBM Plex Sans" w:eastAsia="Arial" w:hAnsi="IBM Plex Sans" w:cs="Arial"/>
          <w:noProof/>
          <w:color w:val="000000"/>
        </w:rPr>
        <w:t>Macro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ta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ns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f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ntr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ct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(th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“</w:t>
      </w:r>
      <w:r w:rsidRPr="00D651D4">
        <w:rPr>
          <w:rFonts w:ascii="IBM Plex Sans" w:eastAsia="Arial" w:hAnsi="IBM Plex Sans" w:cs="Arial"/>
          <w:b/>
          <w:noProof/>
          <w:color w:val="000000"/>
        </w:rPr>
        <w:t>Conditions</w:t>
      </w:r>
      <w:r w:rsidRPr="00D651D4">
        <w:rPr>
          <w:rFonts w:ascii="IBM Plex Sans" w:eastAsia="Arial" w:hAnsi="IBM Plex Sans" w:cs="Arial"/>
          <w:noProof/>
          <w:color w:val="000000"/>
        </w:rPr>
        <w:t>”),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set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ut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itions,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if</w:t>
      </w:r>
      <w:r w:rsidRPr="00D651D4">
        <w:rPr>
          <w:rFonts w:ascii="IBM Plex Sans" w:eastAsia="Arial" w:hAnsi="IBM Plex Sans" w:cs="Arial"/>
          <w:noProof/>
          <w:color w:val="000000"/>
          <w:spacing w:val="3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and/or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Wor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k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j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ct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3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ws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he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fol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owi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g 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ntri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 or j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ct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s:</w:t>
      </w:r>
    </w:p>
    <w:tbl>
      <w:tblPr>
        <w:tblW w:w="974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9" w:type="dxa"/>
        </w:tblCellMar>
        <w:tblLook w:val="04A0" w:firstRow="1" w:lastRow="0" w:firstColumn="1" w:lastColumn="0" w:noHBand="0" w:noVBand="1"/>
      </w:tblPr>
      <w:tblGrid>
        <w:gridCol w:w="2435"/>
        <w:gridCol w:w="2435"/>
        <w:gridCol w:w="2436"/>
        <w:gridCol w:w="2436"/>
      </w:tblGrid>
      <w:tr w:rsidR="004A63AD" w:rsidRPr="00D651D4" w14:paraId="535B746C" w14:textId="77777777">
        <w:trPr>
          <w:trHeight w:hRule="exact" w:val="216"/>
        </w:trPr>
        <w:tc>
          <w:tcPr>
            <w:tcW w:w="2435" w:type="dxa"/>
          </w:tcPr>
          <w:p w14:paraId="6518A9E6" w14:textId="77777777" w:rsidR="004A63AD" w:rsidRPr="00D651D4" w:rsidRDefault="008C6F3F">
            <w:pPr>
              <w:spacing w:line="191" w:lineRule="exact"/>
              <w:rPr>
                <w:rFonts w:ascii="IBM Plex Sans" w:hAnsi="IBM Plex Sans"/>
              </w:rPr>
            </w:pP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State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6"/>
              </w:rPr>
              <w:t xml:space="preserve"> 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1"/>
              </w:rPr>
              <w:t>o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f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2"/>
              </w:rPr>
              <w:t xml:space="preserve"> 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Ge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1"/>
              </w:rPr>
              <w:t>o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rgia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1"/>
              </w:rPr>
              <w:t>,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2"/>
              </w:rPr>
              <w:t xml:space="preserve"> 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5"/>
              </w:rPr>
              <w:t>US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A</w:t>
            </w:r>
          </w:p>
        </w:tc>
        <w:tc>
          <w:tcPr>
            <w:tcW w:w="2435" w:type="dxa"/>
          </w:tcPr>
          <w:p w14:paraId="7E3AC287" w14:textId="77777777" w:rsidR="004A63AD" w:rsidRPr="00D651D4" w:rsidRDefault="008C6F3F">
            <w:pPr>
              <w:spacing w:line="191" w:lineRule="exact"/>
              <w:rPr>
                <w:rFonts w:ascii="IBM Plex Sans" w:hAnsi="IBM Plex Sans"/>
              </w:rPr>
            </w:pP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A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1"/>
              </w:rPr>
              <w:t>n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y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3"/>
              </w:rPr>
              <w:t xml:space="preserve"> 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other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2"/>
              </w:rPr>
              <w:t xml:space="preserve"> 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US State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2"/>
              </w:rPr>
              <w:t xml:space="preserve"> 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  <w:spacing w:val="-5"/>
              </w:rPr>
              <w:t>la</w:t>
            </w:r>
            <w:r w:rsidRPr="00D651D4">
              <w:rPr>
                <w:rFonts w:ascii="IBM Plex Sans" w:eastAsia="Arial" w:hAnsi="IBM Plex Sans" w:cs="Arial"/>
                <w:noProof/>
                <w:color w:val="000000"/>
              </w:rPr>
              <w:t>w</w:t>
            </w:r>
          </w:p>
        </w:tc>
        <w:tc>
          <w:tcPr>
            <w:tcW w:w="2435" w:type="dxa"/>
          </w:tcPr>
          <w:p w14:paraId="2F45BD6A" w14:textId="77777777" w:rsidR="004A63AD" w:rsidRPr="00D651D4" w:rsidRDefault="004A63AD">
            <w:pPr>
              <w:spacing w:line="191" w:lineRule="exact"/>
              <w:rPr>
                <w:rFonts w:ascii="IBM Plex Sans" w:hAnsi="IBM Plex Sans"/>
              </w:rPr>
            </w:pPr>
          </w:p>
        </w:tc>
        <w:tc>
          <w:tcPr>
            <w:tcW w:w="2435" w:type="dxa"/>
          </w:tcPr>
          <w:p w14:paraId="21805577" w14:textId="77777777" w:rsidR="004A63AD" w:rsidRPr="00D651D4" w:rsidRDefault="004A63AD">
            <w:pPr>
              <w:spacing w:line="191" w:lineRule="exact"/>
              <w:rPr>
                <w:rFonts w:ascii="IBM Plex Sans" w:hAnsi="IBM Plex Sans"/>
              </w:rPr>
            </w:pPr>
          </w:p>
        </w:tc>
      </w:tr>
      <w:tr w:rsidR="004A63AD" w:rsidRPr="00D651D4" w14:paraId="69C31D31" w14:textId="77777777">
        <w:trPr>
          <w:trHeight w:hRule="exact" w:val="216"/>
        </w:trPr>
        <w:tc>
          <w:tcPr>
            <w:tcW w:w="2435" w:type="dxa"/>
          </w:tcPr>
          <w:p w14:paraId="768E23EE" w14:textId="77777777" w:rsidR="004A63AD" w:rsidRPr="00D651D4" w:rsidRDefault="004A63AD">
            <w:pPr>
              <w:spacing w:line="191" w:lineRule="exact"/>
              <w:rPr>
                <w:rFonts w:ascii="IBM Plex Sans" w:hAnsi="IBM Plex Sans"/>
              </w:rPr>
            </w:pPr>
          </w:p>
        </w:tc>
        <w:tc>
          <w:tcPr>
            <w:tcW w:w="2435" w:type="dxa"/>
          </w:tcPr>
          <w:p w14:paraId="4605535A" w14:textId="77777777" w:rsidR="004A63AD" w:rsidRPr="00D651D4" w:rsidRDefault="004A63AD">
            <w:pPr>
              <w:spacing w:line="191" w:lineRule="exact"/>
              <w:rPr>
                <w:rFonts w:ascii="IBM Plex Sans" w:hAnsi="IBM Plex Sans"/>
              </w:rPr>
            </w:pPr>
          </w:p>
        </w:tc>
        <w:tc>
          <w:tcPr>
            <w:tcW w:w="2435" w:type="dxa"/>
          </w:tcPr>
          <w:p w14:paraId="555B8121" w14:textId="77777777" w:rsidR="004A63AD" w:rsidRPr="00D651D4" w:rsidRDefault="004A63AD">
            <w:pPr>
              <w:spacing w:line="191" w:lineRule="exact"/>
              <w:rPr>
                <w:rFonts w:ascii="IBM Plex Sans" w:hAnsi="IBM Plex Sans"/>
              </w:rPr>
            </w:pPr>
          </w:p>
        </w:tc>
        <w:tc>
          <w:tcPr>
            <w:tcW w:w="2435" w:type="dxa"/>
          </w:tcPr>
          <w:p w14:paraId="3275BC3C" w14:textId="77777777" w:rsidR="004A63AD" w:rsidRPr="00D651D4" w:rsidRDefault="004A63AD">
            <w:pPr>
              <w:spacing w:line="191" w:lineRule="exact"/>
              <w:rPr>
                <w:rFonts w:ascii="IBM Plex Sans" w:hAnsi="IBM Plex Sans"/>
              </w:rPr>
            </w:pPr>
          </w:p>
        </w:tc>
      </w:tr>
    </w:tbl>
    <w:p w14:paraId="7D43C101" w14:textId="77777777" w:rsidR="004A63AD" w:rsidRPr="00D651D4" w:rsidRDefault="008C6F3F">
      <w:pPr>
        <w:tabs>
          <w:tab w:val="left" w:pos="851"/>
        </w:tabs>
        <w:spacing w:before="199"/>
        <w:ind w:left="851" w:right="-60" w:hanging="852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</w:rPr>
        <w:t>.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b/>
          <w:noProof/>
          <w:color w:val="000000"/>
          <w:spacing w:val="-2"/>
        </w:rPr>
        <w:t>I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N</w:t>
      </w:r>
      <w:r w:rsidRPr="00D651D4">
        <w:rPr>
          <w:rFonts w:ascii="IBM Plex Sans" w:eastAsia="Arial" w:hAnsi="IBM Plex Sans" w:cs="Arial"/>
          <w:b/>
          <w:noProof/>
          <w:color w:val="000000"/>
          <w:spacing w:val="-1"/>
        </w:rPr>
        <w:t>S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U</w:t>
      </w:r>
      <w:r w:rsidRPr="00D651D4">
        <w:rPr>
          <w:rFonts w:ascii="IBM Plex Sans" w:eastAsia="Arial" w:hAnsi="IBM Plex Sans" w:cs="Arial"/>
          <w:b/>
          <w:noProof/>
          <w:color w:val="000000"/>
          <w:spacing w:val="-2"/>
        </w:rPr>
        <w:t>RA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N</w:t>
      </w:r>
      <w:r w:rsidRPr="00D651D4">
        <w:rPr>
          <w:rFonts w:ascii="IBM Plex Sans" w:eastAsia="Arial" w:hAnsi="IBM Plex Sans" w:cs="Arial"/>
          <w:b/>
          <w:noProof/>
          <w:color w:val="000000"/>
          <w:spacing w:val="-2"/>
        </w:rPr>
        <w:t>C</w:t>
      </w:r>
      <w:r w:rsidRPr="00D651D4">
        <w:rPr>
          <w:rFonts w:ascii="IBM Plex Sans" w:eastAsia="Arial" w:hAnsi="IBM Plex Sans" w:cs="Arial"/>
          <w:b/>
          <w:noProof/>
          <w:color w:val="000000"/>
        </w:rPr>
        <w:t>E</w:t>
      </w:r>
    </w:p>
    <w:p w14:paraId="2B504C42" w14:textId="6E34ADDD" w:rsidR="004A63AD" w:rsidRPr="00D651D4" w:rsidRDefault="008C6F3F">
      <w:pPr>
        <w:tabs>
          <w:tab w:val="left" w:pos="851"/>
        </w:tabs>
        <w:spacing w:before="241"/>
        <w:ind w:left="85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1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W</w:t>
      </w:r>
      <w:r w:rsidRPr="00D651D4">
        <w:rPr>
          <w:rFonts w:ascii="IBM Plex Sans" w:eastAsia="Arial" w:hAnsi="IBM Plex Sans" w:cs="Arial"/>
          <w:noProof/>
          <w:color w:val="000000"/>
        </w:rPr>
        <w:t>ith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ut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ju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ic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or's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mn</w:t>
      </w:r>
      <w:r w:rsidRPr="00D651D4">
        <w:rPr>
          <w:rFonts w:ascii="IBM Plex Sans" w:eastAsia="Arial" w:hAnsi="IBM Plex Sans" w:cs="Arial"/>
          <w:noProof/>
          <w:color w:val="000000"/>
        </w:rPr>
        <w:t>ify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="00D651D4" w:rsidRPr="00D651D4">
        <w:rPr>
          <w:rFonts w:ascii="IBM Plex Sans" w:eastAsia="Arial" w:hAnsi="IBM Plex Sans" w:cs="Arial"/>
          <w:noProof/>
          <w:color w:val="000000"/>
        </w:rPr>
        <w:t>Macro</w:t>
      </w:r>
      <w:r w:rsidRPr="00D651D4">
        <w:rPr>
          <w:rFonts w:ascii="IBM Plex Sans" w:eastAsia="Arial" w:hAnsi="IBM Plex Sans" w:cs="Arial"/>
          <w:noProof/>
          <w:color w:val="000000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cu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ma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ntai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icies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sur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ring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its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abil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und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this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Ord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for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fol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w</w:t>
      </w:r>
      <w:r w:rsidRPr="00D651D4">
        <w:rPr>
          <w:rFonts w:ascii="IBM Plex Sans" w:eastAsia="Arial" w:hAnsi="IBM Plex Sans" w:cs="Arial"/>
          <w:noProof/>
          <w:color w:val="000000"/>
        </w:rPr>
        <w:t>ing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mi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m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nts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(or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q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ivale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2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nt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ve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te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und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est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blished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recog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xch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cur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ency</w:t>
      </w:r>
      <w:r w:rsidRPr="00D651D4">
        <w:rPr>
          <w:rFonts w:ascii="IBM Plex Sans" w:eastAsia="Arial" w:hAnsi="IBM Plex Sans" w:cs="Arial"/>
          <w:noProof/>
          <w:color w:val="000000"/>
          <w:spacing w:val="2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this Ord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r):</w:t>
      </w:r>
    </w:p>
    <w:p w14:paraId="428A546C" w14:textId="77777777" w:rsidR="004A63AD" w:rsidRPr="00D651D4" w:rsidRDefault="008C6F3F">
      <w:pPr>
        <w:tabs>
          <w:tab w:val="left" w:pos="1701"/>
        </w:tabs>
        <w:spacing w:before="239"/>
        <w:ind w:left="170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1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mmercia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(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om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iv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)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Ge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eral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Liabi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–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$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2</w:t>
      </w:r>
      <w:r w:rsidRPr="00D651D4">
        <w:rPr>
          <w:rFonts w:ascii="IBM Plex Sans" w:eastAsia="Arial" w:hAnsi="IBM Plex Sans" w:cs="Arial"/>
          <w:noProof/>
          <w:color w:val="000000"/>
        </w:rPr>
        <w:t>,000,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occ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en</w:t>
      </w:r>
      <w:r w:rsidRPr="00D651D4">
        <w:rPr>
          <w:rFonts w:ascii="IBM Plex Sans" w:eastAsia="Arial" w:hAnsi="IBM Plex Sans" w:cs="Arial"/>
          <w:noProof/>
          <w:color w:val="000000"/>
        </w:rPr>
        <w:t>ce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1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sing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mit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f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abil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2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$2,0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en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te</w:t>
      </w:r>
      <w:r w:rsidRPr="00D651D4">
        <w:rPr>
          <w:rFonts w:ascii="IBM Plex Sans" w:eastAsia="Arial" w:hAnsi="IBM Plex Sans" w:cs="Arial"/>
          <w:noProof/>
          <w:color w:val="000000"/>
          <w:spacing w:val="2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ut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ot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mit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ers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2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j</w:t>
      </w:r>
      <w:r w:rsidRPr="00D651D4">
        <w:rPr>
          <w:rFonts w:ascii="IBM Plex Sans" w:eastAsia="Arial" w:hAnsi="IBM Plex Sans" w:cs="Arial"/>
          <w:noProof/>
          <w:color w:val="000000"/>
        </w:rPr>
        <w:t>ury,</w:t>
      </w:r>
      <w:r w:rsidRPr="00D651D4">
        <w:rPr>
          <w:rFonts w:ascii="IBM Plex Sans" w:eastAsia="Arial" w:hAnsi="IBM Plex Sans" w:cs="Arial"/>
          <w:noProof/>
          <w:color w:val="000000"/>
          <w:spacing w:val="2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mis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abil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4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ep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nt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trac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ors,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verti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ing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injury,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ct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abil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mp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eted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tio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nk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tra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tu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 cov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age;</w:t>
      </w:r>
    </w:p>
    <w:p w14:paraId="4FD581E9" w14:textId="77777777" w:rsidR="004A63AD" w:rsidRPr="00D651D4" w:rsidRDefault="008C6F3F">
      <w:pPr>
        <w:tabs>
          <w:tab w:val="left" w:pos="1701"/>
        </w:tabs>
        <w:spacing w:before="239"/>
        <w:ind w:left="170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2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tom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y</w:t>
      </w:r>
      <w:r w:rsidRPr="00D651D4">
        <w:rPr>
          <w:rFonts w:ascii="IBM Plex Sans" w:eastAsia="Arial" w:hAnsi="IBM Plex Sans" w:cs="Arial"/>
          <w:noProof/>
          <w:color w:val="000000"/>
          <w:spacing w:val="3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–</w:t>
      </w:r>
      <w:r w:rsidRPr="00D651D4">
        <w:rPr>
          <w:rFonts w:ascii="IBM Plex Sans" w:eastAsia="Arial" w:hAnsi="IBM Plex Sans" w:cs="Arial"/>
          <w:noProof/>
          <w:color w:val="000000"/>
          <w:spacing w:val="3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$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1</w:t>
      </w:r>
      <w:r w:rsidRPr="00D651D4">
        <w:rPr>
          <w:rFonts w:ascii="IBM Plex Sans" w:eastAsia="Arial" w:hAnsi="IBM Plex Sans" w:cs="Arial"/>
          <w:noProof/>
          <w:color w:val="000000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,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3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pe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3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occ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ce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w</w:t>
      </w:r>
      <w:r w:rsidRPr="00D651D4">
        <w:rPr>
          <w:rFonts w:ascii="IBM Plex Sans" w:eastAsia="Arial" w:hAnsi="IBM Plex Sans" w:cs="Arial"/>
          <w:noProof/>
          <w:color w:val="000000"/>
        </w:rPr>
        <w:t>ith</w:t>
      </w:r>
      <w:r w:rsidRPr="00D651D4">
        <w:rPr>
          <w:rFonts w:ascii="IBM Plex Sans" w:eastAsia="Arial" w:hAnsi="IBM Plex Sans" w:cs="Arial"/>
          <w:noProof/>
          <w:color w:val="000000"/>
          <w:spacing w:val="3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ine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3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singl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limits</w:t>
      </w:r>
      <w:r w:rsidRPr="00D651D4">
        <w:rPr>
          <w:rFonts w:ascii="IBM Plex Sans" w:eastAsia="Arial" w:hAnsi="IBM Plex Sans" w:cs="Arial"/>
          <w:noProof/>
          <w:color w:val="000000"/>
          <w:spacing w:val="3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3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no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3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ss</w:t>
      </w:r>
      <w:r w:rsidRPr="00D651D4">
        <w:rPr>
          <w:rFonts w:ascii="IBM Plex Sans" w:eastAsia="Arial" w:hAnsi="IBM Plex Sans" w:cs="Arial"/>
          <w:noProof/>
          <w:color w:val="000000"/>
          <w:spacing w:val="3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-4"/>
        </w:rPr>
        <w:t>ha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$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1</w:t>
      </w:r>
      <w:r w:rsidRPr="00D651D4">
        <w:rPr>
          <w:rFonts w:ascii="IBM Plex Sans" w:eastAsia="Arial" w:hAnsi="IBM Plex Sans" w:cs="Arial"/>
          <w:noProof/>
          <w:color w:val="000000"/>
        </w:rPr>
        <w:t>,000,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3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each</w:t>
      </w:r>
      <w:r w:rsidRPr="00D651D4">
        <w:rPr>
          <w:rFonts w:ascii="IBM Plex Sans" w:eastAsia="Arial" w:hAnsi="IBM Plex Sans" w:cs="Arial"/>
          <w:noProof/>
          <w:color w:val="000000"/>
          <w:spacing w:val="3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acc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inclu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ut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no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mite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3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3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rage</w:t>
      </w:r>
      <w:r w:rsidRPr="00D651D4">
        <w:rPr>
          <w:rFonts w:ascii="IBM Plex Sans" w:eastAsia="Arial" w:hAnsi="IBM Plex Sans" w:cs="Arial"/>
          <w:noProof/>
          <w:color w:val="000000"/>
          <w:spacing w:val="3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for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bod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ly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j</w:t>
      </w:r>
      <w:r w:rsidRPr="00D651D4">
        <w:rPr>
          <w:rFonts w:ascii="IBM Plex Sans" w:eastAsia="Arial" w:hAnsi="IBM Plex Sans" w:cs="Arial"/>
          <w:noProof/>
          <w:color w:val="000000"/>
        </w:rPr>
        <w:t>ury</w:t>
      </w:r>
      <w:r w:rsidRPr="00D651D4">
        <w:rPr>
          <w:rFonts w:ascii="IBM Plex Sans" w:eastAsia="Arial" w:hAnsi="IBM Plex Sans" w:cs="Arial"/>
          <w:noProof/>
          <w:color w:val="000000"/>
          <w:spacing w:val="3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nd</w:t>
      </w:r>
      <w:r w:rsidRPr="00D651D4">
        <w:rPr>
          <w:rFonts w:ascii="IBM Plex Sans" w:eastAsia="Arial" w:hAnsi="IBM Plex Sans" w:cs="Arial"/>
          <w:noProof/>
          <w:color w:val="000000"/>
          <w:spacing w:val="3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rty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m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ly to 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ow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d, 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ed, hir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d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d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-o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vehicl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s;</w:t>
      </w:r>
    </w:p>
    <w:p w14:paraId="4CE596D8" w14:textId="77777777" w:rsidR="004A63AD" w:rsidRPr="00D651D4" w:rsidRDefault="008C6F3F">
      <w:pPr>
        <w:tabs>
          <w:tab w:val="left" w:pos="1701"/>
        </w:tabs>
        <w:spacing w:before="242"/>
        <w:ind w:left="170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3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Workers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’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ation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–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acc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ce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Law,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sp</w:t>
      </w:r>
      <w:r w:rsidRPr="00D651D4">
        <w:rPr>
          <w:rFonts w:ascii="IBM Plex Sans" w:eastAsia="Arial" w:hAnsi="IBM Plex Sans" w:cs="Arial"/>
          <w:noProof/>
          <w:color w:val="000000"/>
        </w:rPr>
        <w:t>ec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fically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tory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requ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me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ts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state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or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country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w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k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ing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f</w:t>
      </w:r>
      <w:r w:rsidRPr="00D651D4">
        <w:rPr>
          <w:rFonts w:ascii="IBM Plex Sans" w:eastAsia="Arial" w:hAnsi="IBM Plex Sans" w:cs="Arial"/>
          <w:noProof/>
          <w:color w:val="000000"/>
        </w:rPr>
        <w:t>orm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d.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Wher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rmitted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by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la</w:t>
      </w:r>
      <w:r w:rsidRPr="00D651D4">
        <w:rPr>
          <w:rFonts w:ascii="IBM Plex Sans" w:eastAsia="Arial" w:hAnsi="IBM Plex Sans" w:cs="Arial"/>
          <w:noProof/>
          <w:color w:val="000000"/>
        </w:rPr>
        <w:t>w,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such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waiv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sur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’s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ht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its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si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,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offic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rs,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rect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rs 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d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m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y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s;</w:t>
      </w:r>
    </w:p>
    <w:p w14:paraId="1ED8B616" w14:textId="77777777" w:rsidR="004A63AD" w:rsidRPr="00D651D4" w:rsidRDefault="008C6F3F">
      <w:pPr>
        <w:tabs>
          <w:tab w:val="left" w:pos="1702"/>
        </w:tabs>
        <w:spacing w:before="260"/>
        <w:ind w:left="1702" w:right="-60" w:hanging="852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1"/>
          <w:sz w:val="20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2"/>
          <w:sz w:val="20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-1"/>
          <w:sz w:val="20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2"/>
          <w:sz w:val="20"/>
        </w:rPr>
        <w:t>.</w:t>
      </w:r>
      <w:r w:rsidRPr="00D651D4">
        <w:rPr>
          <w:rFonts w:ascii="IBM Plex Sans" w:eastAsia="Arial" w:hAnsi="IBM Plex Sans" w:cs="Arial"/>
          <w:noProof/>
          <w:color w:val="000000"/>
          <w:sz w:val="20"/>
        </w:rPr>
        <w:t>4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Emp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y</w:t>
      </w:r>
      <w:r w:rsidRPr="00D651D4">
        <w:rPr>
          <w:rFonts w:ascii="IBM Plex Sans" w:eastAsia="Arial" w:hAnsi="IBM Plex Sans" w:cs="Arial"/>
          <w:noProof/>
          <w:color w:val="000000"/>
        </w:rPr>
        <w:t>er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’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iabi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ity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–</w:t>
      </w:r>
      <w:r w:rsidRPr="00D651D4">
        <w:rPr>
          <w:rFonts w:ascii="IBM Plex Sans" w:eastAsia="Arial" w:hAnsi="IBM Plex Sans" w:cs="Arial"/>
          <w:noProof/>
          <w:color w:val="000000"/>
          <w:spacing w:val="4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As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req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ir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 xml:space="preserve"> b</w:t>
      </w:r>
      <w:r w:rsidRPr="00D651D4">
        <w:rPr>
          <w:rFonts w:ascii="IBM Plex Sans" w:eastAsia="Arial" w:hAnsi="IBM Plex Sans" w:cs="Arial"/>
          <w:noProof/>
          <w:color w:val="000000"/>
        </w:rPr>
        <w:t>y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least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$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1</w:t>
      </w:r>
      <w:r w:rsidRPr="00D651D4">
        <w:rPr>
          <w:rFonts w:ascii="IBM Plex Sans" w:eastAsia="Arial" w:hAnsi="IBM Plex Sans" w:cs="Arial"/>
          <w:noProof/>
          <w:color w:val="000000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00</w:t>
      </w:r>
      <w:r w:rsidRPr="00D651D4">
        <w:rPr>
          <w:rFonts w:ascii="IBM Plex Sans" w:eastAsia="Arial" w:hAnsi="IBM Plex Sans" w:cs="Arial"/>
          <w:noProof/>
          <w:color w:val="000000"/>
        </w:rPr>
        <w:t>0,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00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ac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de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;</w:t>
      </w:r>
    </w:p>
    <w:p w14:paraId="7ACE26C1" w14:textId="77777777" w:rsidR="004A63AD" w:rsidRPr="00D651D4" w:rsidRDefault="008C6F3F">
      <w:pPr>
        <w:tabs>
          <w:tab w:val="left" w:pos="1702"/>
        </w:tabs>
        <w:spacing w:before="235"/>
        <w:ind w:left="1702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5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Prof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ssion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Li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ility</w:t>
      </w:r>
      <w:r w:rsidRPr="00D651D4">
        <w:rPr>
          <w:rFonts w:ascii="IBM Plex Sans" w:eastAsia="Arial" w:hAnsi="IBM Plex Sans" w:cs="Arial"/>
          <w:noProof/>
          <w:color w:val="000000"/>
          <w:spacing w:val="4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Errors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Omissi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ns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Lia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4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–</w:t>
      </w:r>
      <w:r w:rsidRPr="00D651D4">
        <w:rPr>
          <w:rFonts w:ascii="IBM Plex Sans" w:eastAsia="Arial" w:hAnsi="IBM Plex Sans" w:cs="Arial"/>
          <w:noProof/>
          <w:color w:val="000000"/>
          <w:spacing w:val="4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$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1</w:t>
      </w:r>
      <w:r w:rsidRPr="00D651D4">
        <w:rPr>
          <w:rFonts w:ascii="IBM Plex Sans" w:eastAsia="Arial" w:hAnsi="IBM Plex Sans" w:cs="Arial"/>
          <w:noProof/>
          <w:color w:val="000000"/>
        </w:rPr>
        <w:t>,000,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4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4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occ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(w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ich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cov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ma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y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vi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er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mmerc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Gener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bility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cy,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ich</w:t>
      </w:r>
      <w:r w:rsidRPr="00D651D4">
        <w:rPr>
          <w:rFonts w:ascii="IBM Plex Sans" w:eastAsia="Arial" w:hAnsi="IBM Plex Sans" w:cs="Arial"/>
          <w:noProof/>
          <w:color w:val="000000"/>
          <w:spacing w:val="4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cas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the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mi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m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q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m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erc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Gener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Lia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ility</w:t>
      </w:r>
      <w:r w:rsidRPr="00D651D4">
        <w:rPr>
          <w:rFonts w:ascii="IBM Plex Sans" w:eastAsia="Arial" w:hAnsi="IBM Plex Sans" w:cs="Arial"/>
          <w:noProof/>
          <w:color w:val="000000"/>
          <w:spacing w:val="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icy</w:t>
      </w:r>
      <w:r w:rsidRPr="00D651D4">
        <w:rPr>
          <w:rFonts w:ascii="IBM Plex Sans" w:eastAsia="Arial" w:hAnsi="IBM Plex Sans" w:cs="Arial"/>
          <w:noProof/>
          <w:color w:val="000000"/>
          <w:spacing w:val="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ased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by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mi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um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mit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m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ity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q</w:t>
      </w:r>
      <w:r w:rsidRPr="00D651D4">
        <w:rPr>
          <w:rFonts w:ascii="IBM Plex Sans" w:eastAsia="Arial" w:hAnsi="IBM Plex Sans" w:cs="Arial"/>
          <w:noProof/>
          <w:color w:val="000000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for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Prof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ssion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bility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and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Errors</w:t>
      </w:r>
      <w:r w:rsidRPr="00D651D4">
        <w:rPr>
          <w:rFonts w:ascii="IBM Plex Sans" w:eastAsia="Arial" w:hAnsi="IBM Plex Sans" w:cs="Arial"/>
          <w:noProof/>
          <w:color w:val="000000"/>
          <w:spacing w:val="6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Omissi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ns Liabi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ity);</w:t>
      </w:r>
    </w:p>
    <w:p w14:paraId="51B1C63A" w14:textId="77777777" w:rsidR="004A63AD" w:rsidRPr="00D651D4" w:rsidRDefault="008C6F3F">
      <w:pPr>
        <w:tabs>
          <w:tab w:val="left" w:pos="1702"/>
        </w:tabs>
        <w:spacing w:before="239"/>
        <w:ind w:left="1702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6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Um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rella/Excess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1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–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$</w:t>
      </w:r>
      <w:r w:rsidRPr="00D651D4">
        <w:rPr>
          <w:rFonts w:ascii="IBM Plex Sans" w:eastAsia="Arial" w:hAnsi="IBM Plex Sans" w:cs="Arial"/>
          <w:noProof/>
          <w:color w:val="000000"/>
        </w:rPr>
        <w:t>5,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er</w:t>
      </w:r>
      <w:r w:rsidRPr="00D651D4">
        <w:rPr>
          <w:rFonts w:ascii="IBM Plex Sans" w:eastAsia="Arial" w:hAnsi="IBM Plex Sans" w:cs="Arial"/>
          <w:noProof/>
          <w:color w:val="000000"/>
          <w:spacing w:val="1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occ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bili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y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ce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1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exc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ss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of 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Comm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ci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 Gener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l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Li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ility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d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Co</w:t>
      </w:r>
      <w:r w:rsidRPr="00D651D4">
        <w:rPr>
          <w:rFonts w:ascii="IBM Plex Sans" w:eastAsia="Arial" w:hAnsi="IBM Plex Sans" w:cs="Arial"/>
          <w:noProof/>
          <w:color w:val="000000"/>
        </w:rPr>
        <w:t>mpr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v</w:t>
      </w:r>
      <w:r w:rsidRPr="00D651D4">
        <w:rPr>
          <w:rFonts w:ascii="IBM Plex Sans" w:eastAsia="Arial" w:hAnsi="IBM Plex Sans" w:cs="Arial"/>
          <w:noProof/>
          <w:color w:val="000000"/>
        </w:rPr>
        <w:t>e 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tom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e Liab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e;</w:t>
      </w:r>
    </w:p>
    <w:p w14:paraId="2C0E92B0" w14:textId="77777777" w:rsidR="004A63AD" w:rsidRPr="00D651D4" w:rsidRDefault="008C6F3F">
      <w:pPr>
        <w:tabs>
          <w:tab w:val="left" w:pos="1702"/>
        </w:tabs>
        <w:spacing w:before="239"/>
        <w:ind w:left="1702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7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Cr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me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Fid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ty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Bo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–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$</w:t>
      </w:r>
      <w:r w:rsidRPr="00D651D4">
        <w:rPr>
          <w:rFonts w:ascii="IBM Plex Sans" w:eastAsia="Arial" w:hAnsi="IBM Plex Sans" w:cs="Arial"/>
          <w:noProof/>
          <w:color w:val="000000"/>
        </w:rPr>
        <w:t>2,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0,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</w:t>
      </w:r>
      <w:r w:rsidRPr="00D651D4">
        <w:rPr>
          <w:rFonts w:ascii="IBM Plex Sans" w:eastAsia="Arial" w:hAnsi="IBM Plex Sans" w:cs="Arial"/>
          <w:noProof/>
          <w:color w:val="000000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for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ims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arisin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from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fra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ud</w:t>
      </w:r>
      <w:r w:rsidRPr="00D651D4">
        <w:rPr>
          <w:rFonts w:ascii="IBM Plex Sans" w:eastAsia="Arial" w:hAnsi="IBM Plex Sans" w:cs="Arial"/>
          <w:noProof/>
          <w:color w:val="000000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nt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or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onest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acts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rt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f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y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ndor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rsonn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l,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or</w:t>
      </w:r>
      <w:r w:rsidRPr="00D651D4">
        <w:rPr>
          <w:rFonts w:ascii="IBM Plex Sans" w:eastAsia="Arial" w:hAnsi="IBM Plex Sans" w:cs="Arial"/>
          <w:noProof/>
          <w:color w:val="000000"/>
          <w:spacing w:val="4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ndor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co</w:t>
      </w:r>
      <w:r w:rsidRPr="00D651D4">
        <w:rPr>
          <w:rFonts w:ascii="IBM Plex Sans" w:eastAsia="Arial" w:hAnsi="IBM Plex Sans" w:cs="Arial"/>
          <w:noProof/>
          <w:color w:val="000000"/>
        </w:rPr>
        <w:t>ntr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ctors,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tractors,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4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or</w:t>
      </w:r>
      <w:r w:rsidRPr="00D651D4">
        <w:rPr>
          <w:rFonts w:ascii="IBM Plex Sans" w:eastAsia="Arial" w:hAnsi="IBM Plex Sans" w:cs="Arial"/>
          <w:noProof/>
          <w:color w:val="000000"/>
          <w:spacing w:val="3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er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su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ly ch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n,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rov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din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W</w:t>
      </w:r>
      <w:r w:rsidRPr="00D651D4">
        <w:rPr>
          <w:rFonts w:ascii="IBM Plex Sans" w:eastAsia="Arial" w:hAnsi="IBM Plex Sans" w:cs="Arial"/>
          <w:noProof/>
          <w:color w:val="000000"/>
        </w:rPr>
        <w:t>ork,</w:t>
      </w:r>
    </w:p>
    <w:p w14:paraId="461E27D4" w14:textId="77777777" w:rsidR="004A63AD" w:rsidRPr="00D651D4" w:rsidRDefault="008C6F3F">
      <w:pPr>
        <w:spacing w:before="239"/>
        <w:ind w:left="851" w:right="-60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ac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as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6 year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un</w:t>
      </w:r>
      <w:r w:rsidRPr="00D651D4">
        <w:rPr>
          <w:rFonts w:ascii="IBM Plex Sans" w:eastAsia="Arial" w:hAnsi="IBM Plex Sans" w:cs="Arial"/>
          <w:noProof/>
          <w:color w:val="000000"/>
        </w:rPr>
        <w:t>-off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v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.</w:t>
      </w:r>
    </w:p>
    <w:p w14:paraId="0DEACB35" w14:textId="2E0CCD2C" w:rsidR="004A63AD" w:rsidRPr="00D651D4" w:rsidRDefault="008C6F3F">
      <w:pPr>
        <w:tabs>
          <w:tab w:val="left" w:pos="851"/>
        </w:tabs>
        <w:spacing w:before="241"/>
        <w:ind w:left="85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1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2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oduc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="00D651D4" w:rsidRPr="00D651D4">
        <w:rPr>
          <w:rFonts w:ascii="IBM Plex Sans" w:eastAsia="Arial" w:hAnsi="IBM Plex Sans" w:cs="Arial"/>
          <w:noProof/>
          <w:color w:val="000000"/>
        </w:rPr>
        <w:t>Macro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w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requ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certifi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su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ce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suc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evidence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as</w:t>
      </w:r>
      <w:r w:rsidRPr="00D651D4">
        <w:rPr>
          <w:rFonts w:ascii="IBM Plex Sans" w:hAnsi="IBM Plex Sans"/>
        </w:rPr>
        <w:br/>
      </w:r>
      <w:r w:rsidR="00D651D4" w:rsidRPr="00D651D4">
        <w:rPr>
          <w:rFonts w:ascii="IBM Plex Sans" w:eastAsia="Arial" w:hAnsi="IBM Plex Sans" w:cs="Arial"/>
          <w:noProof/>
          <w:color w:val="000000"/>
        </w:rPr>
        <w:t>Macro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ay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nab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y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q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ir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su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ces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ef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erei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v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bee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tak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ut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lastRenderedPageBreak/>
        <w:t>forc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ti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es.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In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V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ndor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fai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pro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uc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r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p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evidenc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="00D651D4" w:rsidRPr="00D651D4">
        <w:rPr>
          <w:rFonts w:ascii="IBM Plex Sans" w:eastAsia="Arial" w:hAnsi="IBM Plex Sans" w:cs="Arial"/>
          <w:noProof/>
          <w:color w:val="000000"/>
          <w:spacing w:val="1"/>
        </w:rPr>
        <w:t>Macro</w:t>
      </w:r>
      <w:r w:rsidRPr="00D651D4">
        <w:rPr>
          <w:rFonts w:ascii="IBM Plex Sans" w:eastAsia="Arial" w:hAnsi="IBM Plex Sans" w:cs="Arial"/>
          <w:noProof/>
          <w:color w:val="000000"/>
          <w:spacing w:val="4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ay</w:t>
      </w:r>
      <w:r w:rsidRPr="00D651D4">
        <w:rPr>
          <w:rFonts w:ascii="IBM Plex Sans" w:eastAsia="Arial" w:hAnsi="IBM Plex Sans" w:cs="Arial"/>
          <w:noProof/>
          <w:color w:val="000000"/>
          <w:spacing w:val="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ta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suc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in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ur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ce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 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co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v</w:t>
      </w:r>
      <w:r w:rsidRPr="00D651D4">
        <w:rPr>
          <w:rFonts w:ascii="IBM Plex Sans" w:eastAsia="Arial" w:hAnsi="IBM Plex Sans" w:cs="Arial"/>
          <w:noProof/>
          <w:color w:val="000000"/>
        </w:rPr>
        <w:t>er 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 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st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from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Ve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r.</w:t>
      </w:r>
    </w:p>
    <w:p w14:paraId="038265E8" w14:textId="77777777" w:rsidR="004A63AD" w:rsidRPr="00D651D4" w:rsidRDefault="008C6F3F">
      <w:pPr>
        <w:tabs>
          <w:tab w:val="left" w:pos="851"/>
        </w:tabs>
        <w:spacing w:before="239"/>
        <w:ind w:left="85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2</w:t>
      </w:r>
      <w:r w:rsidRPr="00D651D4">
        <w:rPr>
          <w:rFonts w:ascii="IBM Plex Sans" w:eastAsia="Arial" w:hAnsi="IBM Plex Sans" w:cs="Arial"/>
          <w:noProof/>
          <w:color w:val="000000"/>
        </w:rPr>
        <w:t>.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C</w:t>
      </w:r>
      <w:r w:rsidRPr="00D651D4">
        <w:rPr>
          <w:rFonts w:ascii="IBM Plex Sans" w:eastAsia="Arial" w:hAnsi="IBM Plex Sans" w:cs="Arial"/>
          <w:b/>
          <w:noProof/>
          <w:color w:val="000000"/>
          <w:spacing w:val="-2"/>
        </w:rPr>
        <w:t>UR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R</w:t>
      </w:r>
      <w:r w:rsidRPr="00D651D4">
        <w:rPr>
          <w:rFonts w:ascii="IBM Plex Sans" w:eastAsia="Arial" w:hAnsi="IBM Plex Sans" w:cs="Arial"/>
          <w:b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N</w:t>
      </w:r>
      <w:r w:rsidRPr="00D651D4">
        <w:rPr>
          <w:rFonts w:ascii="IBM Plex Sans" w:eastAsia="Arial" w:hAnsi="IBM Plex Sans" w:cs="Arial"/>
          <w:b/>
          <w:noProof/>
          <w:color w:val="000000"/>
          <w:spacing w:val="-2"/>
        </w:rPr>
        <w:t>C</w:t>
      </w:r>
      <w:r w:rsidRPr="00D651D4">
        <w:rPr>
          <w:rFonts w:ascii="IBM Plex Sans" w:eastAsia="Arial" w:hAnsi="IBM Plex Sans" w:cs="Arial"/>
          <w:b/>
          <w:noProof/>
          <w:color w:val="000000"/>
        </w:rPr>
        <w:t>Y</w:t>
      </w:r>
    </w:p>
    <w:p w14:paraId="3C8C2ADB" w14:textId="77777777" w:rsidR="004A63AD" w:rsidRPr="00D651D4" w:rsidRDefault="008C6F3F">
      <w:pPr>
        <w:tabs>
          <w:tab w:val="left" w:pos="851"/>
        </w:tabs>
        <w:spacing w:before="242"/>
        <w:ind w:left="85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2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1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cy</w:t>
      </w:r>
      <w:r w:rsidRPr="00D651D4">
        <w:rPr>
          <w:rFonts w:ascii="IBM Plex Sans" w:eastAsia="Arial" w:hAnsi="IBM Plex Sans" w:cs="Arial"/>
          <w:noProof/>
          <w:color w:val="000000"/>
          <w:spacing w:val="3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of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this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me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($),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ss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state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erwise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rch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Ord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or</w:t>
      </w:r>
      <w:r w:rsidRPr="00D651D4">
        <w:rPr>
          <w:rFonts w:ascii="IBM Plex Sans" w:eastAsia="Arial" w:hAnsi="IBM Plex Sans" w:cs="Arial"/>
          <w:noProof/>
          <w:color w:val="000000"/>
          <w:spacing w:val="3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d</w:t>
      </w:r>
      <w:r w:rsidRPr="00D651D4">
        <w:rPr>
          <w:rFonts w:ascii="IBM Plex Sans" w:eastAsia="Arial" w:hAnsi="IBM Plex Sans" w:cs="Arial"/>
          <w:noProof/>
          <w:color w:val="000000"/>
        </w:rPr>
        <w:t>ard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rch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tract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Al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ref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ces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this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m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ts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er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curr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ci</w:t>
      </w:r>
      <w:r w:rsidRPr="00D651D4">
        <w:rPr>
          <w:rFonts w:ascii="IBM Plex Sans" w:eastAsia="Arial" w:hAnsi="IBM Plex Sans" w:cs="Arial"/>
          <w:noProof/>
          <w:color w:val="000000"/>
        </w:rPr>
        <w:t>es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59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deem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</w:rPr>
        <w:t>co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vert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to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curr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ncy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uti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exch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b</w:t>
      </w:r>
      <w:r w:rsidRPr="00D651D4">
        <w:rPr>
          <w:rFonts w:ascii="IBM Plex Sans" w:eastAsia="Arial" w:hAnsi="IBM Plex Sans" w:cs="Arial"/>
          <w:noProof/>
          <w:color w:val="000000"/>
        </w:rPr>
        <w:t>lishe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by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rclays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nk</w:t>
      </w:r>
      <w:r w:rsidRPr="00D651D4">
        <w:rPr>
          <w:rFonts w:ascii="IBM Plex Sans" w:eastAsia="Arial" w:hAnsi="IBM Plex Sans" w:cs="Arial"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(UK)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ev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nt</w:t>
      </w:r>
      <w:r w:rsidRPr="00D651D4">
        <w:rPr>
          <w:rFonts w:ascii="IBM Plex Sans" w:hAnsi="IBM Plex Sans"/>
        </w:rPr>
        <w:br/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2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-3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.</w:t>
      </w:r>
    </w:p>
    <w:p w14:paraId="6854E886" w14:textId="77777777" w:rsidR="004A63AD" w:rsidRPr="00D651D4" w:rsidRDefault="008C6F3F">
      <w:pPr>
        <w:tabs>
          <w:tab w:val="left" w:pos="851"/>
        </w:tabs>
        <w:spacing w:before="239"/>
        <w:ind w:left="85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3</w:t>
      </w:r>
      <w:r w:rsidRPr="00D651D4">
        <w:rPr>
          <w:rFonts w:ascii="IBM Plex Sans" w:eastAsia="Arial" w:hAnsi="IBM Plex Sans" w:cs="Arial"/>
          <w:noProof/>
          <w:color w:val="000000"/>
        </w:rPr>
        <w:t>.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b/>
          <w:noProof/>
          <w:color w:val="000000"/>
        </w:rPr>
        <w:t>ELEC</w:t>
      </w:r>
      <w:r w:rsidRPr="00D651D4">
        <w:rPr>
          <w:rFonts w:ascii="IBM Plex Sans" w:eastAsia="Arial" w:hAnsi="IBM Plex Sans" w:cs="Arial"/>
          <w:b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b/>
          <w:noProof/>
          <w:color w:val="000000"/>
        </w:rPr>
        <w:t>RONIC</w:t>
      </w:r>
      <w:r w:rsidRPr="00D651D4">
        <w:rPr>
          <w:rFonts w:ascii="IBM Plex Sans" w:eastAsia="Arial" w:hAnsi="IBM Plex Sans" w:cs="Arial"/>
          <w:b/>
          <w:noProof/>
          <w:color w:val="000000"/>
          <w:spacing w:val="-7"/>
        </w:rPr>
        <w:t xml:space="preserve"> 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S</w:t>
      </w:r>
      <w:r w:rsidRPr="00D651D4">
        <w:rPr>
          <w:rFonts w:ascii="IBM Plex Sans" w:eastAsia="Arial" w:hAnsi="IBM Plex Sans" w:cs="Arial"/>
          <w:b/>
          <w:noProof/>
          <w:color w:val="000000"/>
          <w:spacing w:val="-2"/>
        </w:rPr>
        <w:t>IGN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A</w:t>
      </w:r>
      <w:r w:rsidRPr="00D651D4">
        <w:rPr>
          <w:rFonts w:ascii="IBM Plex Sans" w:eastAsia="Arial" w:hAnsi="IBM Plex Sans" w:cs="Arial"/>
          <w:b/>
          <w:noProof/>
          <w:color w:val="000000"/>
          <w:spacing w:val="-1"/>
        </w:rPr>
        <w:t>T</w:t>
      </w:r>
      <w:r w:rsidRPr="00D651D4">
        <w:rPr>
          <w:rFonts w:ascii="IBM Plex Sans" w:eastAsia="Arial" w:hAnsi="IBM Plex Sans" w:cs="Arial"/>
          <w:b/>
          <w:noProof/>
          <w:color w:val="000000"/>
          <w:spacing w:val="-3"/>
        </w:rPr>
        <w:t>UR</w:t>
      </w:r>
      <w:r w:rsidRPr="00D651D4">
        <w:rPr>
          <w:rFonts w:ascii="IBM Plex Sans" w:eastAsia="Arial" w:hAnsi="IBM Plex Sans" w:cs="Arial"/>
          <w:b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b/>
          <w:noProof/>
          <w:color w:val="000000"/>
        </w:rPr>
        <w:t>S</w:t>
      </w:r>
    </w:p>
    <w:p w14:paraId="1C695C23" w14:textId="6A4976D0" w:rsidR="004A63AD" w:rsidRPr="00D651D4" w:rsidRDefault="008C6F3F">
      <w:pPr>
        <w:tabs>
          <w:tab w:val="left" w:pos="851"/>
        </w:tabs>
        <w:spacing w:before="241"/>
        <w:ind w:left="851" w:right="-60" w:hanging="851"/>
        <w:rPr>
          <w:rFonts w:ascii="IBM Plex Sans" w:hAnsi="IBM Plex Sans"/>
        </w:rPr>
      </w:pPr>
      <w:r w:rsidRPr="00D651D4">
        <w:rPr>
          <w:rFonts w:ascii="IBM Plex Sans" w:eastAsia="Arial" w:hAnsi="IBM Plex Sans" w:cs="Arial"/>
          <w:noProof/>
          <w:color w:val="000000"/>
          <w:spacing w:val="-2"/>
        </w:rPr>
        <w:t>3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.</w:t>
      </w:r>
      <w:r w:rsidRPr="00D651D4">
        <w:rPr>
          <w:rFonts w:ascii="IBM Plex Sans" w:eastAsia="Arial" w:hAnsi="IBM Plex Sans" w:cs="Arial"/>
          <w:noProof/>
          <w:color w:val="000000"/>
        </w:rPr>
        <w:t>1</w:t>
      </w:r>
      <w:r w:rsidRPr="00D651D4">
        <w:rPr>
          <w:rFonts w:ascii="IBM Plex Sans" w:hAnsi="IBM Plex Sans"/>
        </w:rPr>
        <w:tab/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y d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ument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p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rt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f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r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is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ed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this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m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ent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may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be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</w:rPr>
        <w:t>reed thr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 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h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e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 xml:space="preserve">se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f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="00040081">
        <w:rPr>
          <w:rFonts w:ascii="IBM Plex Sans" w:eastAsia="Arial" w:hAnsi="IBM Plex Sans" w:cs="Arial"/>
          <w:noProof/>
          <w:color w:val="000000"/>
          <w:spacing w:val="1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electro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ic</w:t>
      </w:r>
      <w:r w:rsidR="00040081">
        <w:rPr>
          <w:rFonts w:ascii="IBM Plex Sans" w:hAnsi="IBM Plex Sans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re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cor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nc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w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El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ctr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o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c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S</w:t>
      </w:r>
      <w:r w:rsidRPr="00D651D4">
        <w:rPr>
          <w:rFonts w:ascii="IBM Plex Sans" w:eastAsia="Arial" w:hAnsi="IBM Plex Sans" w:cs="Arial"/>
          <w:noProof/>
          <w:color w:val="000000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g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at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u</w:t>
      </w:r>
      <w:r w:rsidRPr="00D651D4">
        <w:rPr>
          <w:rFonts w:ascii="IBM Plex Sans" w:eastAsia="Arial" w:hAnsi="IBM Plex Sans" w:cs="Arial"/>
          <w:noProof/>
          <w:color w:val="000000"/>
        </w:rPr>
        <w:t>res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Glo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b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and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io</w:t>
      </w:r>
      <w:r w:rsidRPr="00D651D4">
        <w:rPr>
          <w:rFonts w:ascii="IBM Plex Sans" w:eastAsia="Arial" w:hAnsi="IBM Plex Sans" w:cs="Arial"/>
          <w:noProof/>
          <w:color w:val="000000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l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C</w:t>
      </w:r>
      <w:r w:rsidRPr="00D651D4">
        <w:rPr>
          <w:rFonts w:ascii="IBM Plex Sans" w:eastAsia="Arial" w:hAnsi="IBM Plex Sans" w:cs="Arial"/>
          <w:noProof/>
          <w:color w:val="000000"/>
        </w:rPr>
        <w:t>omm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rce</w:t>
      </w:r>
      <w:r w:rsidRPr="00D651D4">
        <w:rPr>
          <w:rFonts w:ascii="IBM Plex Sans" w:eastAsia="Arial" w:hAnsi="IBM Plex Sans" w:cs="Arial"/>
          <w:noProof/>
          <w:color w:val="000000"/>
          <w:spacing w:val="3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Act</w:t>
      </w:r>
      <w:r w:rsidRPr="00D651D4">
        <w:rPr>
          <w:rFonts w:ascii="IBM Plex Sans" w:eastAsia="Arial" w:hAnsi="IBM Plex Sans" w:cs="Arial"/>
          <w:noProof/>
          <w:color w:val="000000"/>
          <w:spacing w:val="2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("</w:t>
      </w:r>
      <w:r w:rsidRPr="00D651D4">
        <w:rPr>
          <w:rFonts w:ascii="IBM Plex Sans" w:eastAsia="Arial" w:hAnsi="IBM Plex Sans" w:cs="Arial"/>
          <w:b/>
          <w:noProof/>
          <w:color w:val="000000"/>
        </w:rPr>
        <w:t>E-Si</w:t>
      </w:r>
      <w:r w:rsidRPr="00D651D4">
        <w:rPr>
          <w:rFonts w:ascii="IBM Plex Sans" w:eastAsia="Arial" w:hAnsi="IBM Plex Sans" w:cs="Arial"/>
          <w:b/>
          <w:noProof/>
          <w:color w:val="000000"/>
          <w:spacing w:val="1"/>
        </w:rPr>
        <w:t>g</w:t>
      </w:r>
      <w:r w:rsidRPr="00D651D4">
        <w:rPr>
          <w:rFonts w:ascii="IBM Plex Sans" w:eastAsia="Arial" w:hAnsi="IBM Plex Sans" w:cs="Arial"/>
          <w:b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b/>
          <w:noProof/>
          <w:color w:val="000000"/>
          <w:spacing w:val="10"/>
        </w:rPr>
        <w:t xml:space="preserve"> </w:t>
      </w:r>
      <w:r w:rsidRPr="00D651D4">
        <w:rPr>
          <w:rFonts w:ascii="IBM Plex Sans" w:eastAsia="Arial" w:hAnsi="IBM Plex Sans" w:cs="Arial"/>
          <w:b/>
          <w:noProof/>
          <w:color w:val="000000"/>
        </w:rPr>
        <w:t>A</w:t>
      </w:r>
      <w:r w:rsidRPr="00D651D4">
        <w:rPr>
          <w:rFonts w:ascii="IBM Plex Sans" w:eastAsia="Arial" w:hAnsi="IBM Plex Sans" w:cs="Arial"/>
          <w:b/>
          <w:noProof/>
          <w:color w:val="000000"/>
          <w:spacing w:val="-1"/>
        </w:rPr>
        <w:t>c</w:t>
      </w:r>
      <w:r w:rsidRPr="00D651D4">
        <w:rPr>
          <w:rFonts w:ascii="IBM Plex Sans" w:eastAsia="Arial" w:hAnsi="IBM Plex Sans" w:cs="Arial"/>
          <w:b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</w:rPr>
        <w:t>"),</w:t>
      </w:r>
      <w:r w:rsidR="00040081">
        <w:rPr>
          <w:rFonts w:ascii="IBM Plex Sans" w:hAnsi="IBM Plex Sans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Title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15</w:t>
      </w:r>
      <w:r w:rsidRPr="00D651D4">
        <w:rPr>
          <w:rFonts w:ascii="IBM Plex Sans" w:eastAsia="Arial" w:hAnsi="IBM Plex Sans" w:cs="Arial"/>
          <w:noProof/>
          <w:color w:val="000000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States</w:t>
      </w:r>
      <w:r w:rsidRPr="00D651D4">
        <w:rPr>
          <w:rFonts w:ascii="IBM Plex Sans" w:eastAsia="Arial" w:hAnsi="IBM Plex Sans" w:cs="Arial"/>
          <w:noProof/>
          <w:color w:val="000000"/>
          <w:spacing w:val="17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Code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ctio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s</w:t>
      </w:r>
      <w:r w:rsidRPr="00D651D4">
        <w:rPr>
          <w:rFonts w:ascii="IBM Plex Sans" w:eastAsia="Arial" w:hAnsi="IBM Plex Sans" w:cs="Arial"/>
          <w:noProof/>
          <w:color w:val="000000"/>
          <w:spacing w:val="18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7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0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01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</w:rPr>
        <w:t>t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se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q</w:t>
      </w:r>
      <w:r w:rsidRPr="00D651D4">
        <w:rPr>
          <w:rFonts w:ascii="IBM Plex Sans" w:eastAsia="Arial" w:hAnsi="IBM Plex Sans" w:cs="Arial"/>
          <w:noProof/>
          <w:color w:val="000000"/>
        </w:rPr>
        <w:t>.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,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th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U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iform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E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l</w:t>
      </w:r>
      <w:r w:rsidRPr="00D651D4">
        <w:rPr>
          <w:rFonts w:ascii="IBM Plex Sans" w:eastAsia="Arial" w:hAnsi="IBM Plex Sans" w:cs="Arial"/>
          <w:noProof/>
          <w:color w:val="000000"/>
        </w:rPr>
        <w:t>ectr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n</w:t>
      </w:r>
      <w:r w:rsidRPr="00D651D4">
        <w:rPr>
          <w:rFonts w:ascii="IBM Plex Sans" w:eastAsia="Arial" w:hAnsi="IBM Plex Sans" w:cs="Arial"/>
          <w:noProof/>
          <w:color w:val="000000"/>
        </w:rPr>
        <w:t>ic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Trans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ct</w:t>
      </w:r>
      <w:r w:rsidRPr="00D651D4">
        <w:rPr>
          <w:rFonts w:ascii="IBM Plex Sans" w:eastAsia="Arial" w:hAnsi="IBM Plex Sans" w:cs="Arial"/>
          <w:noProof/>
          <w:color w:val="000000"/>
          <w:spacing w:val="1"/>
        </w:rPr>
        <w:t>i</w:t>
      </w:r>
      <w:r w:rsidRPr="00D651D4">
        <w:rPr>
          <w:rFonts w:ascii="IBM Plex Sans" w:eastAsia="Arial" w:hAnsi="IBM Plex Sans" w:cs="Arial"/>
          <w:noProof/>
          <w:color w:val="000000"/>
        </w:rPr>
        <w:t>o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n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Act</w:t>
      </w:r>
      <w:r w:rsidRPr="00D651D4">
        <w:rPr>
          <w:rFonts w:ascii="IBM Plex Sans" w:eastAsia="Arial" w:hAnsi="IBM Plex Sans" w:cs="Arial"/>
          <w:noProof/>
          <w:color w:val="000000"/>
          <w:spacing w:val="16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</w:rPr>
        <w:t>("</w:t>
      </w:r>
      <w:r w:rsidRPr="00D651D4">
        <w:rPr>
          <w:rFonts w:ascii="IBM Plex Sans" w:eastAsia="Arial" w:hAnsi="IBM Plex Sans" w:cs="Arial"/>
          <w:b/>
          <w:noProof/>
          <w:color w:val="000000"/>
        </w:rPr>
        <w:t>UE</w:t>
      </w:r>
      <w:r w:rsidRPr="00D651D4">
        <w:rPr>
          <w:rFonts w:ascii="IBM Plex Sans" w:eastAsia="Arial" w:hAnsi="IBM Plex Sans" w:cs="Arial"/>
          <w:b/>
          <w:noProof/>
          <w:color w:val="000000"/>
          <w:spacing w:val="1"/>
        </w:rPr>
        <w:t>T</w:t>
      </w:r>
      <w:r w:rsidRPr="00D651D4">
        <w:rPr>
          <w:rFonts w:ascii="IBM Plex Sans" w:eastAsia="Arial" w:hAnsi="IBM Plex Sans" w:cs="Arial"/>
          <w:b/>
          <w:noProof/>
          <w:color w:val="000000"/>
        </w:rPr>
        <w:t>A</w:t>
      </w:r>
      <w:r w:rsidRPr="00D651D4">
        <w:rPr>
          <w:rFonts w:ascii="IBM Plex Sans" w:eastAsia="Arial" w:hAnsi="IBM Plex Sans" w:cs="Arial"/>
          <w:noProof/>
          <w:color w:val="000000"/>
        </w:rPr>
        <w:t>")</w:t>
      </w:r>
      <w:r w:rsidRPr="00D651D4">
        <w:rPr>
          <w:rFonts w:ascii="IBM Plex Sans" w:eastAsia="Arial" w:hAnsi="IBM Plex Sans" w:cs="Arial"/>
          <w:noProof/>
          <w:color w:val="000000"/>
          <w:spacing w:val="15"/>
        </w:rPr>
        <w:t xml:space="preserve"> </w:t>
      </w:r>
      <w:r w:rsidRPr="00D651D4">
        <w:rPr>
          <w:rFonts w:ascii="IBM Plex Sans" w:eastAsia="Arial" w:hAnsi="IBM Plex Sans" w:cs="Arial"/>
          <w:noProof/>
          <w:color w:val="000000"/>
          <w:spacing w:val="-1"/>
        </w:rPr>
        <w:t>an</w:t>
      </w:r>
      <w:r w:rsidRPr="00D651D4">
        <w:rPr>
          <w:rFonts w:ascii="IBM Plex Sans" w:eastAsia="Arial" w:hAnsi="IBM Plex Sans" w:cs="Arial"/>
          <w:noProof/>
          <w:color w:val="000000"/>
        </w:rPr>
        <w:t>d</w:t>
      </w:r>
      <w:r w:rsidR="00370483">
        <w:rPr>
          <w:rFonts w:ascii="IBM Plex Sans" w:eastAsia="Arial" w:hAnsi="IBM Plex Sans" w:cs="Arial"/>
          <w:noProof/>
          <w:color w:val="000000"/>
        </w:rPr>
        <w:t xml:space="preserve"> any applicable state </w:t>
      </w:r>
      <w:r w:rsidR="007D3C43">
        <w:rPr>
          <w:rFonts w:ascii="IBM Plex Sans" w:eastAsia="Arial" w:hAnsi="IBM Plex Sans" w:cs="Arial"/>
          <w:noProof/>
          <w:color w:val="000000"/>
        </w:rPr>
        <w:t>law. Any document accepted, executed or agreed</w:t>
      </w:r>
      <w:r w:rsidR="003242A8">
        <w:rPr>
          <w:rFonts w:ascii="IBM Plex Sans" w:eastAsia="Arial" w:hAnsi="IBM Plex Sans" w:cs="Arial"/>
          <w:noProof/>
          <w:color w:val="000000"/>
        </w:rPr>
        <w:t xml:space="preserve"> to in conformity with such laws will be binding on each party</w:t>
      </w:r>
      <w:r w:rsidR="00732551">
        <w:rPr>
          <w:rFonts w:ascii="IBM Plex Sans" w:eastAsia="Arial" w:hAnsi="IBM Plex Sans" w:cs="Arial"/>
          <w:noProof/>
          <w:color w:val="000000"/>
        </w:rPr>
        <w:t xml:space="preserve"> as if it were physically executed.</w:t>
      </w:r>
    </w:p>
    <w:sectPr w:rsidR="004A63AD" w:rsidRPr="00D651D4" w:rsidSect="00034616">
      <w:headerReference w:type="default" r:id="rId11"/>
      <w:footerReference w:type="default" r:id="rId12"/>
      <w:pgSz w:w="11910" w:h="16840"/>
      <w:pgMar w:top="1867" w:right="1192" w:bottom="1400" w:left="1190" w:header="461" w:footer="4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0CA68" w14:textId="77777777" w:rsidR="005A5C17" w:rsidRDefault="005A5C17">
      <w:pPr>
        <w:spacing w:line="240" w:lineRule="auto"/>
      </w:pPr>
      <w:r>
        <w:separator/>
      </w:r>
    </w:p>
  </w:endnote>
  <w:endnote w:type="continuationSeparator" w:id="0">
    <w:p w14:paraId="050F92A0" w14:textId="77777777" w:rsidR="005A5C17" w:rsidRDefault="005A5C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BM Plex Sans"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25A2D" w14:textId="3FA741D8" w:rsidR="004A63AD" w:rsidRDefault="008C6F3F">
    <w:pPr>
      <w:tabs>
        <w:tab w:val="left" w:pos="8641"/>
      </w:tabs>
      <w:spacing w:line="196" w:lineRule="exact"/>
    </w:pPr>
    <w:r>
      <w:tab/>
    </w:r>
    <w:r>
      <w:rPr>
        <w:rFonts w:ascii="Calibri" w:eastAsia="Calibri" w:hAnsi="Calibri" w:cs="Calibri"/>
        <w:b/>
        <w:noProof/>
        <w:color w:val="000000"/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>
      <w:rPr>
        <w:rFonts w:ascii="Calibri" w:eastAsia="Calibri" w:hAnsi="Calibri" w:cs="Calibri"/>
        <w:b/>
        <w:noProof/>
        <w:color w:val="000000"/>
        <w:sz w:val="16"/>
      </w:rPr>
      <w:t>1</w:t>
    </w:r>
    <w:r>
      <w:rPr>
        <w:rFonts w:ascii="Calibri" w:eastAsia="Calibri" w:hAnsi="Calibri" w:cs="Calibri"/>
        <w:b/>
        <w:noProof/>
        <w:color w:val="000000"/>
        <w:sz w:val="16"/>
      </w:rPr>
      <w:fldChar w:fldCharType="end"/>
    </w:r>
    <w:r>
      <w:rPr>
        <w:rFonts w:ascii="Calibri" w:eastAsia="Calibri" w:hAnsi="Calibri" w:cs="Calibri"/>
        <w:noProof/>
        <w:color w:val="000000"/>
        <w:sz w:val="16"/>
      </w:rPr>
      <w:t xml:space="preserve"> of </w:t>
    </w:r>
    <w:r>
      <w:rPr>
        <w:rFonts w:ascii="Calibri" w:eastAsia="Calibri" w:hAnsi="Calibri" w:cs="Calibri"/>
        <w:b/>
        <w:noProof/>
        <w:color w:val="000000"/>
        <w:sz w:val="16"/>
      </w:rPr>
      <w:t>2</w:t>
    </w:r>
  </w:p>
  <w:p w14:paraId="437A3821" w14:textId="2363A0E9" w:rsidR="004A63AD" w:rsidRDefault="008C6F3F">
    <w:pPr>
      <w:spacing w:line="196" w:lineRule="exact"/>
    </w:pPr>
    <w:r>
      <w:rPr>
        <w:rFonts w:ascii="Calibri" w:eastAsia="Calibri" w:hAnsi="Calibri" w:cs="Calibri"/>
        <w:b/>
        <w:noProof/>
        <w:color w:val="000000"/>
        <w:sz w:val="16"/>
      </w:rPr>
      <w:t>Ow</w:t>
    </w:r>
    <w:r>
      <w:rPr>
        <w:rFonts w:ascii="Calibri" w:eastAsia="Calibri" w:hAnsi="Calibri" w:cs="Calibri"/>
        <w:b/>
        <w:noProof/>
        <w:color w:val="000000"/>
        <w:spacing w:val="-1"/>
        <w:sz w:val="16"/>
      </w:rPr>
      <w:t>n</w:t>
    </w:r>
    <w:r>
      <w:rPr>
        <w:rFonts w:ascii="Calibri" w:eastAsia="Calibri" w:hAnsi="Calibri" w:cs="Calibri"/>
        <w:b/>
        <w:noProof/>
        <w:color w:val="000000"/>
        <w:spacing w:val="1"/>
        <w:sz w:val="16"/>
      </w:rPr>
      <w:t>e</w:t>
    </w:r>
    <w:r>
      <w:rPr>
        <w:rFonts w:ascii="Calibri" w:eastAsia="Calibri" w:hAnsi="Calibri" w:cs="Calibri"/>
        <w:b/>
        <w:noProof/>
        <w:color w:val="000000"/>
        <w:sz w:val="16"/>
      </w:rPr>
      <w:t>r:</w:t>
    </w:r>
    <w:r>
      <w:rPr>
        <w:rFonts w:ascii="Calibri" w:eastAsia="Calibri" w:hAnsi="Calibri" w:cs="Calibri"/>
        <w:b/>
        <w:noProof/>
        <w:color w:val="000000"/>
        <w:spacing w:val="-7"/>
        <w:sz w:val="16"/>
      </w:rPr>
      <w:t xml:space="preserve"> </w:t>
    </w:r>
    <w:r>
      <w:rPr>
        <w:rFonts w:ascii="Calibri" w:eastAsia="Calibri" w:hAnsi="Calibri" w:cs="Calibri"/>
        <w:b/>
        <w:noProof/>
        <w:color w:val="000000"/>
        <w:sz w:val="16"/>
      </w:rPr>
      <w:t>Mac</w:t>
    </w:r>
    <w:r w:rsidR="00D651D4">
      <w:rPr>
        <w:rFonts w:ascii="Calibri" w:eastAsia="Calibri" w:hAnsi="Calibri" w:cs="Calibri"/>
        <w:b/>
        <w:noProof/>
        <w:color w:val="000000"/>
        <w:sz w:val="16"/>
      </w:rPr>
      <w:t>ro</w:t>
    </w:r>
    <w:r>
      <w:rPr>
        <w:rFonts w:ascii="Calibri" w:eastAsia="Calibri" w:hAnsi="Calibri" w:cs="Calibri"/>
        <w:b/>
        <w:noProof/>
        <w:color w:val="000000"/>
        <w:spacing w:val="-7"/>
        <w:sz w:val="16"/>
      </w:rPr>
      <w:t xml:space="preserve"> </w:t>
    </w:r>
    <w:r>
      <w:rPr>
        <w:rFonts w:ascii="Calibri" w:eastAsia="Calibri" w:hAnsi="Calibri" w:cs="Calibri"/>
        <w:b/>
        <w:noProof/>
        <w:color w:val="000000"/>
        <w:sz w:val="16"/>
      </w:rPr>
      <w:t>Leg</w:t>
    </w:r>
    <w:r>
      <w:rPr>
        <w:rFonts w:ascii="Calibri" w:eastAsia="Calibri" w:hAnsi="Calibri" w:cs="Calibri"/>
        <w:b/>
        <w:noProof/>
        <w:color w:val="000000"/>
        <w:spacing w:val="1"/>
        <w:sz w:val="16"/>
      </w:rPr>
      <w:t>al</w:t>
    </w:r>
    <w:r>
      <w:rPr>
        <w:rFonts w:ascii="Calibri" w:eastAsia="Calibri" w:hAnsi="Calibri" w:cs="Calibri"/>
        <w:b/>
        <w:noProof/>
        <w:color w:val="000000"/>
        <w:spacing w:val="-6"/>
        <w:sz w:val="16"/>
      </w:rPr>
      <w:t xml:space="preserve"> </w:t>
    </w:r>
    <w:r>
      <w:rPr>
        <w:rFonts w:ascii="Calibri" w:eastAsia="Calibri" w:hAnsi="Calibri" w:cs="Calibri"/>
        <w:b/>
        <w:noProof/>
        <w:color w:val="000000"/>
        <w:sz w:val="16"/>
      </w:rPr>
      <w:t>Departmen</w:t>
    </w:r>
    <w:r>
      <w:rPr>
        <w:rFonts w:ascii="Calibri" w:eastAsia="Calibri" w:hAnsi="Calibri" w:cs="Calibri"/>
        <w:b/>
        <w:noProof/>
        <w:color w:val="000000"/>
        <w:spacing w:val="1"/>
        <w:sz w:val="16"/>
      </w:rPr>
      <w:t>t</w:t>
    </w:r>
    <w:r>
      <w:rPr>
        <w:rFonts w:ascii="Calibri" w:eastAsia="Calibri" w:hAnsi="Calibri" w:cs="Calibri"/>
        <w:b/>
        <w:noProof/>
        <w:color w:val="000000"/>
        <w:spacing w:val="-9"/>
        <w:sz w:val="16"/>
      </w:rPr>
      <w:t xml:space="preserve"> </w:t>
    </w:r>
    <w:r>
      <w:rPr>
        <w:rFonts w:ascii="Calibri" w:eastAsia="Calibri" w:hAnsi="Calibri" w:cs="Calibri"/>
        <w:b/>
        <w:noProof/>
        <w:color w:val="000000"/>
        <w:spacing w:val="-4"/>
        <w:sz w:val="16"/>
      </w:rPr>
      <w:t>RefC</w:t>
    </w:r>
    <w:r>
      <w:rPr>
        <w:rFonts w:ascii="Calibri" w:eastAsia="Calibri" w:hAnsi="Calibri" w:cs="Calibri"/>
        <w:b/>
        <w:noProof/>
        <w:color w:val="000000"/>
        <w:sz w:val="16"/>
      </w:rPr>
      <w:t>L</w:t>
    </w:r>
    <w:r w:rsidR="00534B82">
      <w:rPr>
        <w:rFonts w:ascii="Calibri" w:eastAsia="Calibri" w:hAnsi="Calibri" w:cs="Calibri"/>
        <w:b/>
        <w:noProof/>
        <w:color w:val="000000"/>
        <w:spacing w:val="-2"/>
        <w:sz w:val="16"/>
      </w:rPr>
      <w:t>1308201</w:t>
    </w:r>
    <w:r w:rsidR="00534B82">
      <w:rPr>
        <w:rFonts w:ascii="Calibri" w:eastAsia="Calibri" w:hAnsi="Calibri" w:cs="Calibri"/>
        <w:b/>
        <w:noProof/>
        <w:color w:val="000000"/>
        <w:sz w:val="16"/>
      </w:rPr>
      <w:t>9</w:t>
    </w:r>
  </w:p>
  <w:p w14:paraId="42C82447" w14:textId="77777777" w:rsidR="004A63AD" w:rsidRDefault="008C6F3F">
    <w:pPr>
      <w:spacing w:line="161" w:lineRule="exact"/>
      <w:ind w:left="-791"/>
    </w:pPr>
    <w:r>
      <w:rPr>
        <w:rFonts w:eastAsia="Arial" w:cs="Arial"/>
        <w:noProof/>
        <w:color w:val="000000"/>
        <w:position w:val="1"/>
        <w:sz w:val="20"/>
      </w:rPr>
      <w:t>Classif</w:t>
    </w:r>
    <w:r>
      <w:rPr>
        <w:rFonts w:eastAsia="Arial" w:cs="Arial"/>
        <w:noProof/>
        <w:color w:val="000000"/>
        <w:spacing w:val="-1"/>
        <w:position w:val="1"/>
        <w:sz w:val="20"/>
      </w:rPr>
      <w:t>i</w:t>
    </w:r>
    <w:r>
      <w:rPr>
        <w:rFonts w:eastAsia="Arial" w:cs="Arial"/>
        <w:noProof/>
        <w:color w:val="000000"/>
        <w:position w:val="1"/>
        <w:sz w:val="20"/>
      </w:rPr>
      <w:t>c</w:t>
    </w:r>
    <w:r>
      <w:rPr>
        <w:rFonts w:eastAsia="Arial" w:cs="Arial"/>
        <w:noProof/>
        <w:color w:val="000000"/>
        <w:spacing w:val="1"/>
        <w:position w:val="1"/>
        <w:sz w:val="20"/>
      </w:rPr>
      <w:t>a</w:t>
    </w:r>
    <w:r>
      <w:rPr>
        <w:rFonts w:eastAsia="Arial" w:cs="Arial"/>
        <w:noProof/>
        <w:color w:val="000000"/>
        <w:position w:val="1"/>
        <w:sz w:val="20"/>
      </w:rPr>
      <w:t>tion</w:t>
    </w:r>
    <w:r>
      <w:rPr>
        <w:rFonts w:eastAsia="Arial" w:cs="Arial"/>
        <w:noProof/>
        <w:color w:val="000000"/>
        <w:spacing w:val="-10"/>
        <w:position w:val="1"/>
        <w:sz w:val="20"/>
      </w:rPr>
      <w:t xml:space="preserve"> </w:t>
    </w:r>
    <w:r>
      <w:rPr>
        <w:rFonts w:eastAsia="Arial" w:cs="Arial"/>
        <w:noProof/>
        <w:color w:val="000000"/>
        <w:spacing w:val="1"/>
        <w:position w:val="1"/>
        <w:sz w:val="20"/>
      </w:rPr>
      <w:t>-</w:t>
    </w:r>
    <w:r>
      <w:rPr>
        <w:rFonts w:eastAsia="Arial" w:cs="Arial"/>
        <w:noProof/>
        <w:color w:val="000000"/>
        <w:spacing w:val="-4"/>
        <w:position w:val="1"/>
        <w:sz w:val="20"/>
      </w:rPr>
      <w:t xml:space="preserve"> </w:t>
    </w:r>
    <w:r>
      <w:rPr>
        <w:rFonts w:eastAsia="Arial" w:cs="Arial"/>
        <w:noProof/>
        <w:color w:val="000000"/>
        <w:spacing w:val="-3"/>
        <w:position w:val="1"/>
        <w:sz w:val="20"/>
      </w:rPr>
      <w:t>P</w:t>
    </w:r>
    <w:r>
      <w:rPr>
        <w:rFonts w:eastAsia="Arial" w:cs="Arial"/>
        <w:noProof/>
        <w:color w:val="000000"/>
        <w:spacing w:val="-2"/>
        <w:position w:val="1"/>
        <w:sz w:val="20"/>
      </w:rPr>
      <w:t>riva</w:t>
    </w:r>
    <w:r>
      <w:rPr>
        <w:rFonts w:eastAsia="Arial" w:cs="Arial"/>
        <w:noProof/>
        <w:color w:val="000000"/>
        <w:spacing w:val="-3"/>
        <w:position w:val="1"/>
        <w:sz w:val="20"/>
      </w:rPr>
      <w:t>t</w:t>
    </w:r>
    <w:r>
      <w:rPr>
        <w:rFonts w:eastAsia="Arial" w:cs="Arial"/>
        <w:noProof/>
        <w:color w:val="000000"/>
        <w:position w:val="1"/>
        <w:sz w:val="20"/>
      </w:rPr>
      <w:t>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ED8D2" w14:textId="77777777" w:rsidR="005A5C17" w:rsidRDefault="005A5C17">
      <w:pPr>
        <w:spacing w:line="240" w:lineRule="auto"/>
      </w:pPr>
      <w:r>
        <w:separator/>
      </w:r>
    </w:p>
  </w:footnote>
  <w:footnote w:type="continuationSeparator" w:id="0">
    <w:p w14:paraId="21A41608" w14:textId="77777777" w:rsidR="005A5C17" w:rsidRDefault="005A5C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838D7" w14:textId="0E3CDD55" w:rsidR="004A63AD" w:rsidRPr="00534B82" w:rsidRDefault="00D651D4">
    <w:pPr>
      <w:pStyle w:val="Header"/>
      <w:spacing w:line="506" w:lineRule="exact"/>
      <w:ind w:left="1"/>
      <w:rPr>
        <w:rFonts w:ascii="IBM Plex Sans" w:hAnsi="IBM Plex Sans"/>
      </w:rPr>
    </w:pPr>
    <w:r w:rsidRPr="00534B82">
      <w:rPr>
        <w:rFonts w:ascii="IBM Plex Sans" w:eastAsia="Aptos" w:hAnsi="IBM Plex Sans"/>
        <w:noProof/>
        <w:color w:val="053444"/>
        <w:kern w:val="2"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4CD03B2B" wp14:editId="75658FAC">
          <wp:simplePos x="0" y="0"/>
          <wp:positionH relativeFrom="margin">
            <wp:posOffset>4660900</wp:posOffset>
          </wp:positionH>
          <wp:positionV relativeFrom="margin">
            <wp:posOffset>-889000</wp:posOffset>
          </wp:positionV>
          <wp:extent cx="1391920" cy="207010"/>
          <wp:effectExtent l="0" t="0" r="0" b="2540"/>
          <wp:wrapSquare wrapText="bothSides"/>
          <wp:docPr id="1139048820" name="Picture 3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207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34B82">
      <w:rPr>
        <w:rFonts w:ascii="IBM Plex Sans" w:eastAsia="Arial" w:hAnsi="IBM Plex Sans" w:cs="Arial"/>
        <w:b/>
        <w:noProof/>
        <w:color w:val="000000"/>
        <w:sz w:val="44"/>
      </w:rPr>
      <w:t>SUP</w:t>
    </w:r>
    <w:r w:rsidRPr="00534B82">
      <w:rPr>
        <w:rFonts w:ascii="IBM Plex Sans" w:eastAsia="Arial" w:hAnsi="IBM Plex Sans" w:cs="Arial"/>
        <w:b/>
        <w:noProof/>
        <w:color w:val="000000"/>
        <w:spacing w:val="-1"/>
        <w:sz w:val="44"/>
      </w:rPr>
      <w:t>P</w:t>
    </w:r>
    <w:r w:rsidRPr="00534B82">
      <w:rPr>
        <w:rFonts w:ascii="IBM Plex Sans" w:eastAsia="Arial" w:hAnsi="IBM Plex Sans" w:cs="Arial"/>
        <w:b/>
        <w:noProof/>
        <w:color w:val="000000"/>
        <w:sz w:val="44"/>
      </w:rPr>
      <w:t>LEM</w:t>
    </w:r>
    <w:r w:rsidRPr="00534B82">
      <w:rPr>
        <w:rFonts w:ascii="IBM Plex Sans" w:eastAsia="Arial" w:hAnsi="IBM Plex Sans" w:cs="Arial"/>
        <w:b/>
        <w:noProof/>
        <w:color w:val="000000"/>
        <w:spacing w:val="-1"/>
        <w:sz w:val="44"/>
      </w:rPr>
      <w:t>E</w:t>
    </w:r>
    <w:r w:rsidRPr="00534B82">
      <w:rPr>
        <w:rFonts w:ascii="IBM Plex Sans" w:eastAsia="Arial" w:hAnsi="IBM Plex Sans" w:cs="Arial"/>
        <w:b/>
        <w:noProof/>
        <w:color w:val="000000"/>
        <w:sz w:val="44"/>
      </w:rPr>
      <w:t>NTAL</w:t>
    </w:r>
    <w:r w:rsidRPr="00534B82">
      <w:rPr>
        <w:rFonts w:ascii="IBM Plex Sans" w:eastAsia="Arial" w:hAnsi="IBM Plex Sans" w:cs="Arial"/>
        <w:b/>
        <w:noProof/>
        <w:color w:val="000000"/>
        <w:spacing w:val="-12"/>
        <w:sz w:val="44"/>
      </w:rPr>
      <w:t xml:space="preserve"> </w:t>
    </w:r>
    <w:r w:rsidRPr="00534B82">
      <w:rPr>
        <w:rFonts w:ascii="IBM Plex Sans" w:eastAsia="Arial" w:hAnsi="IBM Plex Sans" w:cs="Arial"/>
        <w:b/>
        <w:noProof/>
        <w:color w:val="000000"/>
        <w:spacing w:val="-2"/>
        <w:sz w:val="44"/>
      </w:rPr>
      <w:t>C</w:t>
    </w:r>
    <w:r w:rsidRPr="00534B82">
      <w:rPr>
        <w:rFonts w:ascii="IBM Plex Sans" w:eastAsia="Arial" w:hAnsi="IBM Plex Sans" w:cs="Arial"/>
        <w:b/>
        <w:noProof/>
        <w:color w:val="000000"/>
        <w:spacing w:val="-1"/>
        <w:sz w:val="44"/>
      </w:rPr>
      <w:t>O</w:t>
    </w:r>
    <w:r w:rsidRPr="00534B82">
      <w:rPr>
        <w:rFonts w:ascii="IBM Plex Sans" w:eastAsia="Arial" w:hAnsi="IBM Plex Sans" w:cs="Arial"/>
        <w:b/>
        <w:noProof/>
        <w:color w:val="000000"/>
        <w:spacing w:val="-2"/>
        <w:sz w:val="44"/>
      </w:rPr>
      <w:t>NDI</w:t>
    </w:r>
    <w:r w:rsidRPr="00534B82">
      <w:rPr>
        <w:rFonts w:ascii="IBM Plex Sans" w:eastAsia="Arial" w:hAnsi="IBM Plex Sans" w:cs="Arial"/>
        <w:b/>
        <w:noProof/>
        <w:color w:val="000000"/>
        <w:spacing w:val="-1"/>
        <w:sz w:val="44"/>
      </w:rPr>
      <w:t>T</w:t>
    </w:r>
    <w:r w:rsidRPr="00534B82">
      <w:rPr>
        <w:rFonts w:ascii="IBM Plex Sans" w:eastAsia="Arial" w:hAnsi="IBM Plex Sans" w:cs="Arial"/>
        <w:b/>
        <w:noProof/>
        <w:color w:val="000000"/>
        <w:spacing w:val="-2"/>
        <w:sz w:val="44"/>
      </w:rPr>
      <w:t>I</w:t>
    </w:r>
    <w:r w:rsidRPr="00534B82">
      <w:rPr>
        <w:rFonts w:ascii="IBM Plex Sans" w:eastAsia="Arial" w:hAnsi="IBM Plex Sans" w:cs="Arial"/>
        <w:b/>
        <w:noProof/>
        <w:color w:val="000000"/>
        <w:spacing w:val="-3"/>
        <w:sz w:val="44"/>
      </w:rPr>
      <w:t>O</w:t>
    </w:r>
    <w:r w:rsidRPr="00534B82">
      <w:rPr>
        <w:rFonts w:ascii="IBM Plex Sans" w:eastAsia="Arial" w:hAnsi="IBM Plex Sans" w:cs="Arial"/>
        <w:b/>
        <w:noProof/>
        <w:color w:val="000000"/>
        <w:spacing w:val="-2"/>
        <w:sz w:val="44"/>
      </w:rPr>
      <w:t>N</w:t>
    </w:r>
    <w:r w:rsidRPr="00534B82">
      <w:rPr>
        <w:rFonts w:ascii="IBM Plex Sans" w:eastAsia="Arial" w:hAnsi="IBM Plex Sans" w:cs="Arial"/>
        <w:b/>
        <w:noProof/>
        <w:color w:val="000000"/>
        <w:sz w:val="44"/>
      </w:rPr>
      <w:t>S</w:t>
    </w:r>
  </w:p>
  <w:p w14:paraId="08B97FAD" w14:textId="264DA212" w:rsidR="004A63AD" w:rsidRPr="00534B82" w:rsidRDefault="008C6F3F">
    <w:pPr>
      <w:spacing w:line="506" w:lineRule="exact"/>
      <w:ind w:left="1"/>
      <w:rPr>
        <w:rFonts w:ascii="IBM Plex Sans" w:hAnsi="IBM Plex Sans"/>
      </w:rPr>
    </w:pPr>
    <w:r w:rsidRPr="00534B82">
      <w:rPr>
        <w:rFonts w:ascii="IBM Plex Sans" w:eastAsia="Arial" w:hAnsi="IBM Plex Sans" w:cs="Arial"/>
        <w:b/>
        <w:noProof/>
        <w:color w:val="000000"/>
        <w:sz w:val="44"/>
      </w:rPr>
      <w:t>FO</w:t>
    </w:r>
    <w:r w:rsidRPr="00534B82">
      <w:rPr>
        <w:rFonts w:ascii="IBM Plex Sans" w:eastAsia="Arial" w:hAnsi="IBM Plex Sans" w:cs="Arial"/>
        <w:b/>
        <w:noProof/>
        <w:color w:val="000000"/>
        <w:spacing w:val="1"/>
        <w:sz w:val="44"/>
      </w:rPr>
      <w:t>R</w:t>
    </w:r>
    <w:r w:rsidRPr="00534B82">
      <w:rPr>
        <w:rFonts w:ascii="IBM Plex Sans" w:eastAsia="Arial" w:hAnsi="IBM Plex Sans" w:cs="Arial"/>
        <w:b/>
        <w:noProof/>
        <w:color w:val="000000"/>
        <w:spacing w:val="-3"/>
        <w:sz w:val="44"/>
      </w:rPr>
      <w:t xml:space="preserve"> </w:t>
    </w:r>
    <w:r w:rsidRPr="00534B82">
      <w:rPr>
        <w:rFonts w:ascii="IBM Plex Sans" w:eastAsia="Arial" w:hAnsi="IBM Plex Sans" w:cs="Arial"/>
        <w:b/>
        <w:noProof/>
        <w:color w:val="000000"/>
        <w:sz w:val="44"/>
      </w:rPr>
      <w:t>THE</w:t>
    </w:r>
    <w:r w:rsidRPr="00534B82">
      <w:rPr>
        <w:rFonts w:ascii="IBM Plex Sans" w:eastAsia="Arial" w:hAnsi="IBM Plex Sans" w:cs="Arial"/>
        <w:b/>
        <w:noProof/>
        <w:color w:val="000000"/>
        <w:spacing w:val="-5"/>
        <w:sz w:val="44"/>
      </w:rPr>
      <w:t xml:space="preserve"> </w:t>
    </w:r>
    <w:r w:rsidRPr="00534B82">
      <w:rPr>
        <w:rFonts w:ascii="IBM Plex Sans" w:eastAsia="Arial" w:hAnsi="IBM Plex Sans" w:cs="Arial"/>
        <w:b/>
        <w:noProof/>
        <w:color w:val="000000"/>
        <w:sz w:val="44"/>
      </w:rPr>
      <w:t>USA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4458713">
    <w:abstractNumId w:val="8"/>
  </w:num>
  <w:num w:numId="2" w16cid:durableId="444427085">
    <w:abstractNumId w:val="6"/>
  </w:num>
  <w:num w:numId="3" w16cid:durableId="1485245690">
    <w:abstractNumId w:val="5"/>
  </w:num>
  <w:num w:numId="4" w16cid:durableId="1665357858">
    <w:abstractNumId w:val="4"/>
  </w:num>
  <w:num w:numId="5" w16cid:durableId="1944460966">
    <w:abstractNumId w:val="7"/>
  </w:num>
  <w:num w:numId="6" w16cid:durableId="705832924">
    <w:abstractNumId w:val="3"/>
  </w:num>
  <w:num w:numId="7" w16cid:durableId="1135374868">
    <w:abstractNumId w:val="2"/>
  </w:num>
  <w:num w:numId="8" w16cid:durableId="225845407">
    <w:abstractNumId w:val="1"/>
  </w:num>
  <w:num w:numId="9" w16cid:durableId="1607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081"/>
    <w:rsid w:val="0006063C"/>
    <w:rsid w:val="0015074B"/>
    <w:rsid w:val="001A30EC"/>
    <w:rsid w:val="00291EF0"/>
    <w:rsid w:val="0029639D"/>
    <w:rsid w:val="003242A8"/>
    <w:rsid w:val="00326F90"/>
    <w:rsid w:val="00370483"/>
    <w:rsid w:val="00473944"/>
    <w:rsid w:val="004A63AD"/>
    <w:rsid w:val="00534B82"/>
    <w:rsid w:val="005A5C17"/>
    <w:rsid w:val="00732551"/>
    <w:rsid w:val="007D3C43"/>
    <w:rsid w:val="00807004"/>
    <w:rsid w:val="008C6F3F"/>
    <w:rsid w:val="00945A2F"/>
    <w:rsid w:val="00AA1D8D"/>
    <w:rsid w:val="00B40BB1"/>
    <w:rsid w:val="00B47730"/>
    <w:rsid w:val="00CB0664"/>
    <w:rsid w:val="00D651D4"/>
    <w:rsid w:val="00DB5A81"/>
    <w:rsid w:val="00E068E5"/>
    <w:rsid w:val="00E97F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A81CA9"/>
  <w14:defaultImageDpi w14:val="300"/>
  <w15:docId w15:val="{D5B2D705-F86F-4F93-BF81-6B871CD8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widowControl w:val="0"/>
      <w:spacing w:after="0" w:line="207" w:lineRule="exact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3A43E2173AE49A9854312FCDDFEE7" ma:contentTypeVersion="17" ma:contentTypeDescription="Create a new document." ma:contentTypeScope="" ma:versionID="0eec1503604d9f813104d6a7e74dd795">
  <xsd:schema xmlns:xsd="http://www.w3.org/2001/XMLSchema" xmlns:xs="http://www.w3.org/2001/XMLSchema" xmlns:p="http://schemas.microsoft.com/office/2006/metadata/properties" xmlns:ns2="0f08fc67-69f3-46e2-8c8b-9baa165c03d8" xmlns:ns3="63fe539b-4ee9-4f14-8cf8-68bf66a60b7b" targetNamespace="http://schemas.microsoft.com/office/2006/metadata/properties" ma:root="true" ma:fieldsID="965ac0f92f09970d5e70e17f0560fdbd" ns2:_="" ns3:_="">
    <xsd:import namespace="0f08fc67-69f3-46e2-8c8b-9baa165c03d8"/>
    <xsd:import namespace="63fe539b-4ee9-4f14-8cf8-68bf66a60b7b"/>
    <xsd:element name="properties">
      <xsd:complexType>
        <xsd:sequence>
          <xsd:element name="documentManagement">
            <xsd:complexType>
              <xsd:all>
                <xsd:element ref="ns2:Notes_x0020_for_x0020_user" minOccurs="0"/>
                <xsd:element ref="ns2:Notes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8fc67-69f3-46e2-8c8b-9baa165c03d8" elementFormDefault="qualified">
    <xsd:import namespace="http://schemas.microsoft.com/office/2006/documentManagement/types"/>
    <xsd:import namespace="http://schemas.microsoft.com/office/infopath/2007/PartnerControls"/>
    <xsd:element name="Notes_x0020_for_x0020_user" ma:index="4" nillable="true" ma:displayName="Notes for user" ma:description="Guidance notes for colleagues using legal templates" ma:internalName="Notes_x0020_for_x0020_user" ma:readOnly="false">
      <xsd:simpleType>
        <xsd:restriction base="dms:Note">
          <xsd:maxLength value="255"/>
        </xsd:restriction>
      </xsd:simpleType>
    </xsd:element>
    <xsd:element name="Notes0" ma:index="5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b2d92c6-23bf-415b-b2a8-f004dcc9d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e539b-4ee9-4f14-8cf8-68bf66a60b7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8218e36-735c-4580-8751-35cea6bb2a47}" ma:internalName="TaxCatchAll" ma:showField="CatchAllData" ma:web="63fe539b-4ee9-4f14-8cf8-68bf66a60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08fc67-69f3-46e2-8c8b-9baa165c03d8">
      <Terms xmlns="http://schemas.microsoft.com/office/infopath/2007/PartnerControls"/>
    </lcf76f155ced4ddcb4097134ff3c332f>
    <Notes0 xmlns="0f08fc67-69f3-46e2-8c8b-9baa165c03d8" xsi:nil="true"/>
    <TaxCatchAll xmlns="63fe539b-4ee9-4f14-8cf8-68bf66a60b7b" xsi:nil="true"/>
    <Notes_x0020_for_x0020_user xmlns="0f08fc67-69f3-46e2-8c8b-9baa165c03d8" xsi:nil="true"/>
  </documentManagement>
</p:properties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B1555FF9-A6D0-46DF-9876-98937E3E9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8fc67-69f3-46e2-8c8b-9baa165c03d8"/>
    <ds:schemaRef ds:uri="63fe539b-4ee9-4f14-8cf8-68bf66a60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C18764-0B6D-4983-9232-2AA2AC9527DC}">
  <ds:schemaRefs>
    <ds:schemaRef ds:uri="http://schemas.microsoft.com/office/2006/metadata/properties"/>
    <ds:schemaRef ds:uri="http://schemas.microsoft.com/office/infopath/2007/PartnerControls"/>
    <ds:schemaRef ds:uri="0f08fc67-69f3-46e2-8c8b-9baa165c03d8"/>
    <ds:schemaRef ds:uri="63fe539b-4ee9-4f14-8cf8-68bf66a60b7b"/>
  </ds:schemaRefs>
</ds:datastoreItem>
</file>

<file path=customXml/itemProps4.xml><?xml version="1.0" encoding="utf-8"?>
<ds:datastoreItem xmlns:ds="http://schemas.openxmlformats.org/officeDocument/2006/customXml" ds:itemID="{700DD503-9382-414E-8550-D8C7A160ED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558</Words>
  <Characters>3170</Characters>
  <Application>Microsoft Office Word</Application>
  <DocSecurity>0</DocSecurity>
  <Lines>73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Conditions for the USA</dc:title>
  <dc:subject/>
  <dc:creator>Harrison Ezea</dc:creator>
  <cp:keywords/>
  <dc:description>generated by python-docx</dc:description>
  <cp:lastModifiedBy>Harrison Ezea</cp:lastModifiedBy>
  <cp:revision>13</cp:revision>
  <dcterms:created xsi:type="dcterms:W3CDTF">2026-09-21T13:19:00Z</dcterms:created>
  <dcterms:modified xsi:type="dcterms:W3CDTF">2026-09-21T15:38:00Z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c61bdd-91bc-4a93-8d49-8d0f307d0244_Enabled">
    <vt:lpwstr>true</vt:lpwstr>
  </property>
  <property fmtid="{D5CDD505-2E9C-101B-9397-08002B2CF9AE}" pid="3" name="MSIP_Label_02c61bdd-91bc-4a93-8d49-8d0f307d0244_SetDate">
    <vt:lpwstr>2026-09-21T13:19:17Z</vt:lpwstr>
  </property>
  <property fmtid="{D5CDD505-2E9C-101B-9397-08002B2CF9AE}" pid="4" name="MSIP_Label_02c61bdd-91bc-4a93-8d49-8d0f307d0244_Method">
    <vt:lpwstr>Privileged</vt:lpwstr>
  </property>
  <property fmtid="{D5CDD505-2E9C-101B-9397-08002B2CF9AE}" pid="5" name="MSIP_Label_02c61bdd-91bc-4a93-8d49-8d0f307d0244_Name">
    <vt:lpwstr>Private</vt:lpwstr>
  </property>
  <property fmtid="{D5CDD505-2E9C-101B-9397-08002B2CF9AE}" pid="6" name="MSIP_Label_02c61bdd-91bc-4a93-8d49-8d0f307d0244_SiteId">
    <vt:lpwstr>8c090b86-ba53-4829-a088-6f3454650abf</vt:lpwstr>
  </property>
  <property fmtid="{D5CDD505-2E9C-101B-9397-08002B2CF9AE}" pid="7" name="MSIP_Label_02c61bdd-91bc-4a93-8d49-8d0f307d0244_ActionId">
    <vt:lpwstr>eb6d0a99-af05-4915-bf06-e47eb320c693</vt:lpwstr>
  </property>
  <property fmtid="{D5CDD505-2E9C-101B-9397-08002B2CF9AE}" pid="8" name="MSIP_Label_02c61bdd-91bc-4a93-8d49-8d0f307d0244_ContentBits">
    <vt:lpwstr>0</vt:lpwstr>
  </property>
  <property fmtid="{D5CDD505-2E9C-101B-9397-08002B2CF9AE}" pid="9" name="MSIP_Label_02c61bdd-91bc-4a93-8d49-8d0f307d0244_Tag">
    <vt:lpwstr>10, 0, 1, 1</vt:lpwstr>
  </property>
  <property fmtid="{D5CDD505-2E9C-101B-9397-08002B2CF9AE}" pid="10" name="ContentTypeId">
    <vt:lpwstr>0x010100DB03A43E2173AE49A9854312FCDDFEE7</vt:lpwstr>
  </property>
  <property fmtid="{D5CDD505-2E9C-101B-9397-08002B2CF9AE}" pid="11" name="MediaServiceImageTags">
    <vt:lpwstr/>
  </property>
</Properties>
</file>